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8Cob/155/2014 z 8. 6. 2016</w:t>
      </w:r>
    </w:p>
    <w:p>
      <w:r>
        <w:t>Uznesenie Krajského súdu Bratislava z 8. júna 2016, sp. zn. 8Cob/155/2014, ECLI:SK:KSBA:2016:1207222310.1</w:t>
      </w:r>
    </w:p>
    <w:p>
      <w:r>
        <w:t>Súd: Krajský súd Bratislava</w:t>
      </w:r>
    </w:p>
    <w:p>
      <w:r>
        <w:t>Spisová značka: 8Cob/155/2014</w:t>
      </w:r>
    </w:p>
    <w:p>
      <w:r>
        <w:t>ECLI: ECLI:SK:KSBA:2016:1207222310.1</w:t>
      </w:r>
    </w:p>
    <w:p>
      <w:r>
        <w:t>Dátum vydania: 8. 6. 2016</w:t>
      </w:r>
    </w:p>
    <w:p>
      <w:r>
        <w:t>Forma: Uznesenie</w:t>
      </w:r>
    </w:p>
    <w:p>
      <w:pPr>
        <w:pStyle w:val="Heading2"/>
      </w:pPr>
      <w:r>
        <w:t>Text rozhodnutia</w:t>
      </w:r>
    </w:p>
    <w:p>
      <w:r>
        <w:t>Súd: Krajský súd Bratislava Spisová značka: 8Cob/155/2014 Identifikačné číslo súdneho spisu: 1207222310 Dátum vydania rozhodnutia: 09. 06. 2016 Meno a priezvisko sudcu, VSÚ: JUDr. Elena Kúšová ECLI: ECLI:SK:KSBA:2016:1207222310.1 Uznesenie Krajský súd v Bratislave v právnej veci navrhovateľa: TERMMING, a.s., Jarošova 2961/1, 831 03 Bratislava, IČO: 35 972 254, zast.: JUDr. Iveta Balalová, advokátka, Ružová dolina 10, 821 09 Bratislava, proti odporcovi: HUGO club, s.r.o., Rajecká 15, 821 07 Bratislava, IČO: 35 737 239, zast.: JUDr. Martin Gajer, advokát, Záhradnícka 7, 811 07 Bratislava, o zaplatenie 3.398,90 eur s príslušenstvom, o späťvzatí odvolania odporcu proti rozsudku Okresného súdu Bratislava II č.k. 22Cb/67/2008-275 zo dňa 16.04.2014, takto r o z h o d o l : Krajský súd v Bratislave odvolacie konanie zastavuje. Odporca je povinný zaplatiť navrhovateľovi trovy odvolacieho konania k rukám právneho zástupcu navrhovateľa vo výške 131,12 eur do 3 dní od právoplatnosti tohto uznesenia. o d ô v o d n e n i e : Okresný súd Bratislava II vydal dňa 16.04.2014 rozsudok č.k. 22Cb/67/2008-275, ktorým odporcu zaviazal zaplatiť navrhovateľovi sumu 3.398,90 eur s 8,5 % ročným úrokom z omeškania zo sumy 1.807,73 eur od 17.07.2007 do zaplatenia, zo sumy 1.591,17 eur od 19.01.2008 do zaplatenia a trovy konania. Proti uvedenému rozsudku podal odvolanie odporca, v ktorom na základe bližšie špecifikovaných dôvodov navrhol napadnutý rozsudok zmeniť, prípadne zrušiť a vec vrátiť súdu prvého stupňa na ďalšie konanie. Dňa 02.06.2014 bolo súdu doručené vyjadrenie navrhovateľa k odvolaniu, v ktorom si okrem iného uplatnil právo na náhradu trov odvolacieho konania vo výške 131,12 eur. Následne dňa 31.05.2016 doručil odporca odvolaciemu súdu späťvzatie vyššie uvedeného odvolania v plnom rozsahu a žiadal, aby súd odvolacie konanie zastavil a vrátil mu súdny poplatok za odvolanie. Podľa § 207 ods. 2 O.s.p. dokiaľ o odvolaní nebolo rozhodnuté, možno ho vziať späť. Ak niekto vzal odvolanie späť, nemôže ho podať znova. Podľa § 207 ods. 3 O.s.p. ak sa odvolanie, o ktorom nebolo rozhodnuté, vzalo späť, odvolací súd odvolacie konanie zastaví. Podľa § 224 ods. 1 O.s.p. ustanovenia o trovách konania pred súdom prvého stupňa platia i pre odvolacie konanie. Podľa § 146 ods. 2 O.s.p., ak niektorý z účastníkov zavinil, že konanie sa muselo zastaviť, je povinný uhradiť jeho trovy. Pri rozhodovaní o náhrade trov zastaveného odvolacieho konania súd skúmal aj zavinenie účastníkov na zastavení, pričom konštatuje, že zastavenie konania zavinil odporca späťvzatím odvolania bez uvedenia dôvodu. Preto navrhovateľovi patrí náhrada trov odvolacieho konania vo výške 131,12 eur za jeden úkon právnej služby - vyjadrenie k odvolaniu podľa § 13a ods. 1 písm. c) vyhlášky MS SR č. 655/2004 Z.z., tak ako si navrhovateľ vyčíslil. Na základe uvedeného a citovaných zákonných ustanovení odvolací súd rozhodol tak, ako je uvedené vo výroku tohto rozhodnutia. Podľa § 12 ods. 1 zák. č. 71/1992 Zb. vo veciach poplatkov rozhoduje orgán, ktorý je oprávnený vykonať poplatkový úkon. Vo veciach poplatkov za konanie na odvolacom súde rozhoduje súd, proti rozhodnutiu ktorého odvolanie smeruje, ak o poplatku nerozhodol odvolací súd. O poplatku za odvolanie rozhodol súd prvého stupňa uznesením č.k. 22Cb/67/2008-282 zo dňa 21.05.2014. O jeho vrátení preto rozhodne súd prvého stupňa. Toto uznesenie bolo členmi senátu prijaté pomerom hlasov 3:0 (§ 3 ods. 9 tretia veta zákona č. 757/2004 Z.z. v znení neskorších predpisov). Poučenie: Proti tomuto uzneseniu odvolanie nie je prípustné.</w:t>
      </w:r>
    </w:p>
    <w:p/>
    <w:p>
      <w:r>
        <w:t>Zdroj: KAUZIS.SK – https://www.kauzis.sk/judikatura/r/ECLI:SK:KSBA:2016:1207222310.1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