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6Co/594/2013 z 11. 2. 2016</w:t>
      </w:r>
    </w:p>
    <w:p>
      <w:r>
        <w:t>Opravné uznesenie Krajského súdu Bratislava z 11. februára 2016, sp. zn. 6Co/594/2013, ECLI:SK:KSBA:2016:1208200458.11</w:t>
      </w:r>
    </w:p>
    <w:p>
      <w:r>
        <w:t>Súd: Krajský súd Bratislava</w:t>
      </w:r>
    </w:p>
    <w:p>
      <w:r>
        <w:t>Spisová značka: 6Co/594/2013</w:t>
      </w:r>
    </w:p>
    <w:p>
      <w:r>
        <w:t>ECLI: ECLI:SK:KSBA:2016:1208200458.11</w:t>
      </w:r>
    </w:p>
    <w:p>
      <w:r>
        <w:t>Dátum vydania: 11. 2.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6Co/594/2013 Identifikačné číslo súdneho spisu: 1208200458 Dátum vydania rozhodnutia: 12. 02. 2016 Meno a priezvisko sudcu, VSÚ: JUDr. Darina Kuchtová ECLI: ECLI:SK:KSBA:2016:1208200458.11</w:t>
      </w:r>
    </w:p>
    <w:p>
      <w:r>
        <w:t>Opravné uznesenie Krajský súd v Bratislave v právnej veci navrhovateľa: F. C., N. F. XX, A. proti odporcom: 1/ NN Tatry - Sympatia, d.d.s., a.s., so sídlom Jesenského 4/C, Bratislava, IČO: 35 976 853, 2/ NN Životná poisťovňa, a.s., so sídlom Jesenského 4/C, Bratislava, IČO: 35 691 999, obaja zastúpení CLS Čavojský &amp; Partners, s.r.o., so sídlom Zochova 6 - 8, Bratislava, o určenie neplatnosti právneho úkonu, o vydanie opravného uznesenia vo veci Okresného súdu Bratislava II sp. zn. 50C/2/2008, takto</w:t>
      </w:r>
    </w:p>
    <w:p>
      <w:r>
        <w:t>r o z h o d o l :</w:t>
      </w:r>
    </w:p>
    <w:p>
      <w:r>
        <w:t>Krajský súd v Bratislave opravuje záhlavie rozsudku Krajského súdu v Bratislave zo dňa 14. decembra 2015, č. k. 6Co/594/2013-619, tak, že obchodné meno odporcu 1/ má správne znieť: NN Tatry - Sympatia, d.d.s., a.s. a obchodné meno odporcu 2/ má správne znieť: NN Životná poisťovňa, a.s.</w:t>
      </w:r>
    </w:p>
    <w:p>
      <w:r>
        <w:t>o d ô v o d n e n i e :</w:t>
      </w:r>
    </w:p>
    <w:p>
      <w:r>
        <w:t>Krajský súd v Bratislave ako súd odvolací rozsudkom zo dňa 14. decembra 2015, č. k. 6Co/594/2013-619, na odvolanie navrhovateľa potvrdil rozsudok Okresného súdu Bratislava II zo dňa 03.07.2013, č. k. 50C/2/2008-559. Odporcom 1/ a 2/ náhradu trov odvolacieho konania nepriznal.</w:t>
      </w:r>
    </w:p>
    <w:p>
      <w:r>
        <w:t>Právny zástupca odporcov 1/ a 2/ podaním zo dňa 20.01.2016, doručeným súdu prvého stupňa dňa 21.01.2016 a odvolaciemu súdu dňa 22.01.2016, navrhol v zmysle § 164 O.s.p. vykonať opravu uvedeného rozsudku odvolacieho súdu v časti identifikácie odporcov 1/ a 2/, keď odvolací súd uviedol ich obchodné mená v rozpore so skutočným stavom, nakoľko obchodné meno odporcu 1/ od 22.04.2015 znie: NN Tatry - Sympatia, d.d.s., a.s. a odporcu 2/ od 14.05.2015 znie: NN Životná poisťovňa, a.s..</w:t>
      </w:r>
    </w:p>
    <w:p>
      <w:r>
        <w:t>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</w:t>
      </w:r>
    </w:p>
    <w:p>
      <w:r>
        <w:t>Podľa § 211 ods. 2 O.s.p., ak tento zákon neustanovuje inak, pre konanie na odvolacom súde platia primerane ustanovenia o konaní pred súdom prvého stupňa.</w:t>
      </w:r>
    </w:p>
    <w:p>
      <w:r>
        <w:t>V danej veci bolo písomné vyhotovenie predmetného rozsudku odvolacieho súdu v záhlaví postihnuté zrejmou nesprávnosťou, ktorá spočívala v nesprávnom označení obchodného mena odporcu 1/ ING Tatry - Sympatia, d.d.s., a.s. ako aj odporcu 2/ ING Životná poisťovňa, a.s. Vzhľadom na skutočnosť, že podľa výpisov z Obchodného registra (č. l. 630 a č. l. 636) došlo v priebehu konania k zmene obchodného mena obidvoch odporcov, ich správne označenie v predmetnom rozsudku odvolacieho súdu malo byť: odporca 1/ NN Tatry - Sympatia, d.d.s., a.s. a odporca 2/ NN Životná poisťovňa, a.s..</w:t>
      </w:r>
    </w:p>
    <w:p>
      <w:r>
        <w:t>Z týchto dôvodov odvolací súd v zmysle citovaných zákonných ustanovení uvedené zrejmé nesprávnosti opravil a rozhodol tak, ako je uvedené vo výroku tohto uznesenia.</w:t>
      </w:r>
    </w:p>
    <w:p>
      <w:r>
        <w:t>Toto rozhodnutie bolo senátom odvolacieho súdu prijaté pomerom hlasov 3:0.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https://www.kauzis.sk/judikatura/r/ECLI:SK:KSBA:2016:1208200458.11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