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3Co/704/2014 z 24. 8. 2016</w:t>
      </w:r>
    </w:p>
    <w:p>
      <w:r>
        <w:t>Uznesenie Krajského súdu Bratislava z 24. augusta 2016, sp. zn. 3Co/704/2014, ECLI:SK:KSBA:2016:1209200660.3</w:t>
      </w:r>
    </w:p>
    <w:p>
      <w:r>
        <w:t>Súd: Krajský súd Bratislava</w:t>
      </w:r>
    </w:p>
    <w:p>
      <w:r>
        <w:t>Spisová značka: 3Co/704/2014</w:t>
      </w:r>
    </w:p>
    <w:p>
      <w:r>
        <w:t>ECLI: ECLI:SK:KSBA:2016:1209200660.3</w:t>
      </w:r>
    </w:p>
    <w:p>
      <w:r>
        <w:t>Dátum vydania: 24.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3Co/704/2014 Identifikačné číslo súdneho spisu: 1209200660 Dátum vydania rozhodnutia: 25. 08. 2016 Meno a priezvisko sudcu, VSÚ: JUDr. Blanka Podmajerská ECLI: ECLI:SK:KSBA:2016:1209200660.3 Uznesenie Krajský súd v Bratislave v senáte zloženom z predsedníčky senátu JUDr. Blanky Podmajerskej a členov senátu JUDr. Blanky Malichovej a Mgr. Adely Unčovskej, v právnej veci žalobcov: 1/. B.. R. R., nar. XX.X.XXXX, Ľ. XXXX/X, R., 2/ A. R., nar. X.X.XXXX, Z. XXXX/XX, R., adresa na doručovanie T. XX, R., zastúpených Advokátskou kanceláriou MULARČÍK A PARTNERI, s. r. o., Nám. M. Benku 15, Bratislava, proti žalovaným: 1/ N. R., nar. XX.X.XXXX, A. XXX, R., 2/ Y. R., nar. XX.XX.XXXX, D. G. XX, R., obaja zastúpení Advokátskou kanceláriou JUDr. Igor Macúch, s.r.o., Kopčianska 10, Bratislava, za účasti Okresnej prokuratúry Bratislava II, Kvetná 13, Bratislava, o určenie, že nehnuteľnosť patrí do dedičstva, na odvolanie žalobcov proti uzneseniu Okresného súdu Bratislava II zo dňa 17.9.2014, č.k. 50 C/23/2009-384, jednomyseľne takto r o z h o d o l : V záhlaví uznesenia Krajského súdu v Bratislave zo dňa 28. októbra 2015, č.k. 3 Co 704/2014-438 sa o p r a v u j e okruh účastníkov na strane žalobcov takto: „1/ B.. R. R., nar. XX.X.XXXX, Ľ. XXXX/X, R., 2/ A. R., nar. X.X.XXXX, Z. XXXX/XX, R., adresa na doručovanie T. XX, R., zastúpených Advokátskou kanceláriou MULARČÍK A PARTNERI, s. r. o., Nám. M. Benku 15, Bratislava“. o d ô v o d n e n i e : 1. Pri písomnom vyhotovení uznesenia Krajského súdu v Bratislave zo dňa 28. októbra 2015, č.k. 3 Co/704/2014-438 došlo k zrejmej nesprávnosti, v dôsledku ktorej bol v záhlaví rozhodnutia nesprávne uvedený okruh účastníkov na strane žalobcov tým, že v nadväznosti na ust. § 107 ods. 1, 3 zák. č. 99/1963 Zb. v znení účinnom do 30.6.2016 nebola v označenom rozhodnutí súdu zohľadnená okolnosť prechodu práv a povinností z pôvodne označenej žalobkyne 2/ K. R., nar. XX.X.XXXX, bytom Z. XXXX/XX, ktorá dňa X.X.XXXX zomrela na žalobcov v 1/ a 3/ rade B.. R. R., nar. XX.X.XXXX, bytom Ľ. XXXX/X, R. a A. R.K., nar. X.X.XXXX, Z. XXXX/XX, R., adresa na doručovanie T. XX, R., vyplývajúceho z Osvedčenia o dedičstve, č.k. 3zD/695/2014, Dnot 57/2014 vydaného C.. G. T., súdnym komisárom so sídlom v Bratislave, Račianske mýto 1/A. 2. Podľa § 224 zák. č. 160/2015 Z.z. Civilný sporový poriadok (ďalej len „C.s.p.“) súd kedykoľvek aj bez návrhu opraví v rozsudku chyby v písaní a počítaní, ako aj iné zrejmé nesprávnosti. O oprave vydá opravné uznesenie, ktoré doručí subjektom konania. Podľa § 234 ods. 2 C.s.p. ak nie je ďalej ustanovené inak, použijú sa na uznesenie primerane ustanovenia o rozsudku. Podľa § 378 ods.1 C.s.p. na konanie na odvolacom súde sa primerane použijú ustanovenia o konaní pred súdom prvej inštancie, ak tento zákon neustanovuje inak. 3. S poukazom k tomu, že pri vypracovaní písomného vyhotovenia uznesenia došlo k zrejmej nesprávnosti uvedenej v odseku 1, odvolací súd v zmysle citovaných zákonných ustanovení rozhodol tak, ako je uvedené vo výroku tohto uznesenia. 4.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https://www.kauzis.sk/judikatura/r/ECLI:SK:KSBA:2016:1209200660.3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