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3Co/101/2013 z 28. 2. 2016</w:t>
      </w:r>
    </w:p>
    <w:p>
      <w:r>
        <w:t>Uznesenie Krajského súdu Bratislava z 28. februára 2016, sp. zn. 3Co/101/2013, ECLI:SK:KSBA:2016:1209207707.3</w:t>
      </w:r>
    </w:p>
    <w:p>
      <w:r>
        <w:t>Súd: Krajský súd Bratislava</w:t>
      </w:r>
    </w:p>
    <w:p>
      <w:r>
        <w:t>Spisová značka: 3Co/101/2013</w:t>
      </w:r>
    </w:p>
    <w:p>
      <w:r>
        <w:t>ECLI: ECLI:SK:KSBA:2016:1209207707.3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3Co/101/2013 Identifikačné číslo súdneho spisu: 1209207707 Dátum vydania rozhodnutia: 29. 02. 2016 Meno a priezvisko sudcu, VSÚ: JUDr. Blanka Podmajerská ECLI: ECLI:SK:KSBA:2016:1209207707.3 Uznesenie Krajský súd v Bratislave v právnej veci navrhovateľa: Z.. Z. N., J.. X. X. XXXX, G. H. Č.. XXX, občan SR, v zastúpení: JUDr. Juraj Kus, advokát, Nám. osloboditeľov 10, Michalovce proti odporcovi: Markíza - Slovakia, spol. s. r. o., Bratislavská 1/a, Bratislava, IČO: 31 444 873, v zastúpení: DEDÁK &amp; Partners, s.r.o., Mlynské Nivy 45, Bratislava, IČO: 35 906 464, o ochranu osobnosti a o náhradu nemajetkovej ujmy, jednohlasne (pomerom hlasov 3:0) takto r o z h o d o l : Opravuje sa označenie právneho zástupcu odporcu v záhlaví uznesenia Krajského súdu v Bratislave zo dňa 18. decembra 2015, č. k. 3Co/101/2013-974, ktoré má správne znieť: „DEDÁK &amp; Partners, s.r.o., Mlynské Nivy 45, Bratislava, IČO: 35 906 464“. o d ô v o d n e n i e : Pri písomnom vyhotovení uznesenia Krajského súdu v Bratislave zo dňa 18. decembra 2015, č. k. 3Co/101/2013-974 došlo k zrejmej nesprávnosti, keď v záhlaví uznesenia bol nesprávne označený právny zástupca odporcu ako: „ADVOKÁT ZLÁMALOVÁ ZUZANA, s.r.o., Trnavská 11, Bratislava, IČO: 36 857 769“ namiesto: „DEDÁK &amp; Partners, s.r.o., Mlynské Nivy 45, Bratislava, IČO: 35 906 464“, ktorý prevzal právne zastupovanie odporcu v predmetnom konaní po tom, ako odporca dňa 26. 3. 2014 vypovedal plnú moc udelenú advokátskej kancelárii ADVOKÁT ZLÁMALOVÁ ZUZANA, s.r.o. na zastupovanie v predmetnom konaní, čo bolo odvolaciemu súdu oznámené dňa 22. 4. 2014 (č. l. 958). Podľa § 164 zák. č. 99/1963 Zb. v platnom znení (ďalej O.s.p.“)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S poukazom k tomu, že pri vypracovaní písomného vyhotovenia uznesenia došlo k chybe v písaní spočívajúcej v nesprávnom označení právneho zástupcu odporcu, odvolací súd v zmysle citovaných zákonných ustanovení uvedené posúdil ako zrejmú nesprávnosť a rozhodol tak, ako je uvedené vo výroku tohto uznesenia. Poučenie: Proti tomuto uzneseniu nie je odvolanie prípustné.</w:t>
      </w:r>
    </w:p>
    <w:p/>
    <w:p>
      <w:r>
        <w:t>Zdroj: KAUZIS.SK – https://www.kauzis.sk/judikatura/r/ECLI:SK:KSBA:2016:1209207707.3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