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2Cob/431/2012 z 22. 3. 2016</w:t>
      </w:r>
    </w:p>
    <w:p>
      <w:r>
        <w:t>Uznesenie Krajského súdu Bratislava z 22. marca 2016, sp. zn. 2Cob/431/2012, ECLI:SK:KSBA:2016:1209213064.4</w:t>
      </w:r>
    </w:p>
    <w:p>
      <w:r>
        <w:t>Súd: Krajský súd Bratislava</w:t>
      </w:r>
    </w:p>
    <w:p>
      <w:r>
        <w:t>Spisová značka: 2Cob/431/2012</w:t>
      </w:r>
    </w:p>
    <w:p>
      <w:r>
        <w:t>ECLI: ECLI:SK:KSBA:2016:1209213064.4</w:t>
      </w:r>
    </w:p>
    <w:p>
      <w:r>
        <w:t>Dátum vydania: 22.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2Cob/431/2012 Identifikačné číslo súdneho spisu: 1209213064 Dátum vydania rozhodnutia: 23. 03. 2016 Meno a priezvisko sudcu, VSÚ: JUDr. Ľubica Krišková ECLI: ECLI:SK:KSBA:2016:1209213064.4 Uznesenie Krajský súd v Bratislave v právnej veci navrhovateľa: SKKB, k.s., sídlo Štúrova 1, 010 01 Žilina, správca majetku úpadcu: IBG SLOVAKIA, s.r.o., sídlo Bytčianska 371/121, 010 03 Žilina, IČO: 36 401 650, proti odporcovi: Metrostav Slovakia a. s., Mlynské Nivy 68, 824 77 Bratislava, IČO: 47 144 190, práv. zast: Tomášek &amp; partners, s. r. o., advokátska kancelária, Rožňavská 2, 821 01 Bratislava, o zaplatenie 3.165,90 eur s príslušenstvom, o odvolaní odporcu proti rozsudku Okresného súdu Bratislava II č.k. 42Cb/349/2009-123 zo dňa 7.10.2010, takto r o z h o d o l : Odvolacie konanie z a s t a v u j e . Žiaden z účastníkov nemá právo na náhradu trov odvolacieho konania. o d ô v o d n e n i e : Okresný súd Bratislava II rozsudkom č.k. 42Cb/349/2009-123 zo dňa 7. októbra 2010 rozhodol tak, že odporca je povinný zaplatiť navrhovateľovi 3 165,90 eur s úrokom z omeškania vo výške 12,25% ročne zo sumy 3 165,90 eur od 27.8.2008 do zaplatenia, náhradu trov konania vo výške 1.757,10 eur na účet právneho zástupcu navrhovateľa a náhradu trov konania štátu vo výške 14,60 eur, všetko do 3 dní od právoplatnosti rozsudku. Na základe odvolania odporcu Krajský súd v Bratislave rozsudkom č.k. 2Cob/51/2011-144 zo dňa 6. decembra 2011 rozhodol tak, že napadnutý rozsudok potvrdil a navrhovateľovi trovy odvolacieho konania nepriznal. Proti rozsudku odvolacieho súdu podal odporca dovolanie. Najvyšší súd Slovenskej republiky uznesením zo dňa 17.5.2012 v spojení s opravným uznesením zo dňa 20.10.2014 rozsudok Krajského súdu v Bratislave č.k. 2Cob/51/2011-144 zo dňa 6. decembra 2011 zrušil a vec vrátil odvolaciemu súdu na ďalšie konanie. Uznesením Krajského súdu v Bratislave zo dňa 10.02.2015 č.k. 2Cob/431/2012-215 bolo odvolacie konanie prerušené na základe zhodného návrhu oboch účastníkov. Uznesenie nadobudlo právoplatnosť dňa 06.03.2015. Podľa § 110 O.s.p. ak to účastníci zhodne navrhnú alebo ak sa neustanovia bez predchádzajúceho ospravedlnenia na pojednávanie, súd konanie preruší, ak sa to neprieči účelu konania. Ak ide o konanie o rozvod, preruší súd v týchto prípadoch konanie vždy. Podľa § 111 ods. 3 O.s.p. ak je konanie prerušené podľa § 110, súd v ňom pokračuje na návrh po uplynutí troch mesiacov, s výnimkou konania o rozvod môže súd na návrh pokračovať v konaní i pred uplynutím tejto lehoty, ak sú na to závažné dôvody. Ak sa návrh na pokračovanie v konaní nepodá do jedného roka, súd konanie zastaví. Podľa § 211 ods. 1 O.s.p. ak tento zákon neustanovuje inak, pre konanie na odvolacom súde platia primerane ustanovenia o konaní pred súdom prvého stupňa. Keďže účastníci konania nepodali do jedného roka návrh na pokračovanie odvolacieho konania, odvolací súd s poukazom na citované ustanovenie zákona odvolacie konanie zastavil. O trovách odvolacieho konania bolo rozhodnuté podľa § 224 ods. 1 v spojení s §146 ods. 1 písm. c) O.s.p. Toto rozhodnutie je výsledkom hlasovania odvolacieho senátu v pomere hlasov 3:0. Poučenie: Proti tomuto uzneseniu odvolanie nie je prípustné.</w:t>
      </w:r>
    </w:p>
    <w:p/>
    <w:p>
      <w:r>
        <w:t>Zdroj: KAUZIS.SK – https://www.kauzis.sk/judikatura/r/ECLI:SK:KSBA:2016:1209213064.4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