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1Cob/366/2013 z 23. 6. 2016</w:t>
      </w:r>
    </w:p>
    <w:p>
      <w:r>
        <w:t>Opravné uznesenie Krajského súdu Bratislava z 23. júna 2016, sp. zn. 1Cob/366/2013, ECLI:SK:KSBA:2016:1210223014.2</w:t>
      </w:r>
    </w:p>
    <w:p>
      <w:r>
        <w:t>Súd: Krajský súd Bratislava</w:t>
      </w:r>
    </w:p>
    <w:p>
      <w:r>
        <w:t>Spisová značka: 1Cob/366/2013</w:t>
      </w:r>
    </w:p>
    <w:p>
      <w:r>
        <w:t>ECLI: ECLI:SK:KSBA:2016:1210223014.2</w:t>
      </w:r>
    </w:p>
    <w:p>
      <w:r>
        <w:t>Dátum vydania: 23. 6. 2016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1Cob/366/2013 Identifikačné číslo súdneho spisu: 1210223014 Dátum vydania rozhodnutia: 24. 06. 2016 Meno a priezvisko sudcu, VSÚ: JUDr. Soňa Pekarčíková ECLI: ECLI:SK:KSBA:2016:1210223014.2 Opravné uznesenie Krajský súd v Bratislave v právnej veci navrhovateľov: v 1. rade M. Z., nar. XX. XX. XXXX, Y. C. XXX/ X, XXX XX C., a v 2. rade VIKTOR Parts s.r.o., 962 65 Devičie 53, IČO: 36 747 238, obaja zast. JUDr. Dianou Hrončekovou, advokátkou, Komenského 10E, 974 01 Banská Bystrica, proti odporcovi: BAWAG Leasing &amp; Fleet, s.r.o., Vysoká 2/B, 811 06 Bratislava, IČO: 35 862 505, zast. Ružička Csekes, s.r.o., Vysoká 2/B, 811 06 Bratislava, IČO: 36 863 360, o určenie neplatnosti odstúpenia od leasingových zmlúv, vo veci vedenej na Krajskom súde v Bratislave pod č. k. 1Cob/366/2013-341, takto r o z h o d o l : Krajský súd v Bratislave o p r a v u j e označenie predmetu konania v záhlaví rozsudku Krajského súdu v Bratislave zo dňa 24. 09. 2015 č. k. 1Cob/366/2013-341, a to tak, že správne má znieť: „určenie neplatnosti odstúpenia od leasingových zmlúv“. o d ô v o d n e n i e : Dňa 25. 05. 2016 bol odvolaciemu súdu predložený spis vedený na Okresnom súde Bratislava II pod sp. zn. 25Cb/274/2010 na opravu rozsudku Krajského súdu v Bratislave č. k. 1Cob/366/2013-341 zo dňa 24. 09. 2015, nakoľko jeho záhlavie obsahovalo zrejmú nesprávnosť, a to v označení predmetu konania. Podľa ust.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na to, že došlo k zrejmej nesprávnosti v označení predmetu konania v rozsudku Krajského súdu v Bratislave č. k. 1Cob/366/2013-341, odvolací súd túto zrejmú nesprávnosť opravil tak, ako je uvedené vo výroku tohto uznesenia. Toto uznesenie prijal senát krajského súdu pomerom hlasov 3 : 0. Poučenie: Proti tomuto uzneseniu odvolanie nie je prípustné.</w:t>
      </w:r>
    </w:p>
    <w:p/>
    <w:p>
      <w:r>
        <w:t>Zdroj: KAUZIS.SK – https://www.kauzis.sk/judikatura/r/ECLI:SK:KSBA:2016:1210223014.2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