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14Co/116/2016 z 11. 4. 2016</w:t>
      </w:r>
    </w:p>
    <w:p>
      <w:r>
        <w:t>Uznesenie Krajského súdu Bratislava z 11. apríla 2016, sp. zn. 14Co/116/2016, ECLI:SK:KSBA:2016:1210228285.1</w:t>
      </w:r>
    </w:p>
    <w:p>
      <w:r>
        <w:t>Súd: Krajský súd Bratislava</w:t>
      </w:r>
    </w:p>
    <w:p>
      <w:r>
        <w:t>Spisová značka: 14Co/116/2016</w:t>
      </w:r>
    </w:p>
    <w:p>
      <w:r>
        <w:t>ECLI: ECLI:SK:KSBA:2016:1210228285.1</w:t>
      </w:r>
    </w:p>
    <w:p>
      <w:r>
        <w:t>Dátum vydania: 11. 4. 2016</w:t>
      </w:r>
    </w:p>
    <w:p>
      <w:r>
        <w:t>Forma: Uznesenie</w:t>
      </w:r>
    </w:p>
    <w:p>
      <w:r>
        <w:t>Oblasť práva: Občianske právo</w:t>
      </w:r>
    </w:p>
    <w:p>
      <w:pPr>
        <w:pStyle w:val="Heading2"/>
      </w:pPr>
      <w:r>
        <w:t>Text rozhodnutia</w:t>
      </w:r>
    </w:p>
    <w:p>
      <w:r>
        <w:t>Súd: Krajský súd Bratislava Spisová značka: 14Co/116/2016 Identifikačné číslo súdneho spisu: 1210228285 Dátum vydania rozhodnutia: 12. 04. 2016 Meno a priezvisko sudcu, VSÚ: JUDr. Katarína Javorčíková ECLI: ECLI:SK:KSBA:2016:1210228285.1 Uznesenie Krajský súd v Bratislave v právnej veci navrhovateľa: P. H. R. K. L., J. X. X, L., A.: XX XXX XXX, proti odporkyni: H.. A. M., X.. XX.X.XXXX, L. U. X, L., zastúpenej advokátkou E.. U. J. L., J.., R. R. R. XX, L., A.: XX XXX XXX, o zaplatenie 5.175,81 eur s príslušenstvom, o späťvzatí odvolania odporkyne proti rozsudku Okresného súdu Bratislava II v Bratislave zo dňa 5.10.2015, č.k. 9C/215/2011-111, pomerom hlasov 3:0, takto r o z h o d o l : Odvolacie konanie s a z a s t a v u j e . Navrhovateľovi sa náhrada trov odvolacieho konania nepriznáva. o d ô v o d n e n i e : Napadnutým rozsudkom súd prvého stupňa uložil odporkyni povinnosť zaplatiť navrhovateľovi istinu vo výške 5.175,81 eur spolu s poplatkom z omeškania vo výške 1 promile za každý deň omeškania, najmenej však 0,83 eur za každý i začatý mesiac omeškania, z dlžnej sumy: 141,98 eur od 22.9.2009 do zaplatenia, 141,98 eur od 22.10.2009 do zaplatenia, 141,98 eur od 22.11.2009 do zaplatenia, 141,98 eur od 22.12.2009 do zaplatenia, 141,98 eur od 21.1.2010 do zaplatenia, 141,98 eur od 21.2.2010 do zaplatenia, 141,98 eur od 21.3.2010 do zaplatenia, 141,98 eur od 21.4.2010 do zaplatenia, 141,98 eur od 23.5.2010 do zaplatenia, 141,98 eur od 21.6.2010 do zaplatenia; poplatkom z omeškania vo výške 0,5 promile za každý deň omeškania, najmenej však 0,83 eur za každý i začatý mesiac omeškania, z dlžnej sumy 101,71 eur od 12.7.2010 do zaplatenia, 141,98 eur od 21.7.2010 do zaplatenia, 4,58 eur od 22.8.2010 do zaplatenia; úrokom z omeškania vo výške 9 % ročne zo sumy 563,34 eur od 17.12.2010 do zaplatenia, úrokom z omeškania vo výške 9,50 % ročne zo sumy 325,17 eur od 18.8.2011 do zaplatenia, úrokom z omeškania vo výške 8,75 % ročne zo sumy 1.934,43 eur od 23.8.2012 do zaplatenia, úrokom z omeškania vo výške 8,75% ročne zo sumy 684,80 eur od 21.11.2012 do zaplatenia; ako aj zaplatiť navrhovateľovi náhradu iných trov konania vo výške 310,- eur, všetko v lehote 3 dní od nadobudnutia právoplatnosti rozsudku. Proti tomuto rozsudku podala v zákonom stanovenej lehote odvolanie odporkyňa prostredníctvom svojho právneho zástupcu, ale písomným podaním doručeným súdu dňa 3.3.2016 zobrala svoje odvolanie v celom rozsahu späť bez uvedenia dôvodu. Vzhľadom na to, že o odvolaní nebolo doposiaľ odvolacím súdom rozhodnuté, bolo možné ho vziať späť (§ 207 ods. 2 O.s.p.), a keďže zo strany odporkyne došlo k účinnému späťvzatiu odvolania, v dôsledku čoho zanikol predmet odvolacieho konania, odvolací súd odvolacie konanie zastavil (§ 207 ods. 3 O.s.p.). O trovách odvolacieho konania rozhodol súd podľa § 224 ods. 1 a § 146 ods. 2 prvá veta O.s.p., podľa ktorého je povinný zaplatiť trovy konania účastník, ktorý zavinil zastavenie konania. Zastavenie odvolacieho konania v danom prípade zavinila odporkyňa, ktorá vzala odvolanie späť skôr, ako o ňom bolo rozhodnuté. Navrhovateľ sa k odvolaniu písomne vyjadril, ale náhradu trov odvolacieho konania nežiadal (nepodal návrh na ich priznanie podľa § 151 ods. 1 O.s.p.), a preto mu odvolací súd náhradu trov odvolacieho konania nepriznal. Poučenie: Proti tomuto uzneseniu odvolanie nie je prípustné.</w:t>
      </w:r>
    </w:p>
    <w:p/>
    <w:p>
      <w:r>
        <w:t>Zdroj: KAUZIS.SK – https://www.kauzis.sk/judikatura/r/ECLI:SK:KSBA:2016:1210228285.1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