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21CoE/174/2016 z 9. 5. 2016</w:t>
      </w:r>
    </w:p>
    <w:p>
      <w:r>
        <w:t>Uznesenie Krajského súdu Bratislava z 9. mája 2016, sp. zn. 21CoE/174/2016, ECLI:SK:KSBA:2016:1211200813.1</w:t>
      </w:r>
    </w:p>
    <w:p>
      <w:r>
        <w:t>Súd: Krajský súd Bratislava</w:t>
      </w:r>
    </w:p>
    <w:p>
      <w:r>
        <w:t>Spisová značka: 21CoE/174/2016</w:t>
      </w:r>
    </w:p>
    <w:p>
      <w:r>
        <w:t>ECLI: ECLI:SK:KSBA:2016:1211200813.1</w:t>
      </w:r>
    </w:p>
    <w:p>
      <w:r>
        <w:t>Dátum vydania: 9. 5.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21CoE/174/2016 Identifikačné číslo súdneho spisu: 1211200813 Dátum vydania rozhodnutia: 10. 05. 2016 Meno a priezvisko sudcu, VSÚ: JUDr. Lýdia Noskovičová ECLI: ECLI:SK:KSBA:2016:1211200813.1 Uznesenie Krajský súd v Bratislave, v exekučnej veci oprávneného: Všeobecná zdravotná poisťovňa, a.s., Ružová dolina 10, Bratislava, IČO: 35 937 874, proti povinnému: EDONIS, s.r.o., Bazová 9, Bratislava, IČO: 35 897 627, o vymoženie uloženej povinnosti, o odvolaní súdneho exekútora proti uzneseniu Okresného súdu Bratislava II, č. k. 56Er/55/2011-16 zo dňa 07.10.2015 v spojení s uznesením č. k. 56Er/55/2011-10 zo dňa 04.09.2015, takto r o z h o d o l : I. Krajský súd v Bratislave odvolacie konanie z a s t a v u j e . II. Žiaden z účastníkov nemá právo na náhradu trov odvolacieho konania. o d ô v o d n e n i e : Uznesením č. k. 56Er/55/2011-10 zo dňa 04.09.2015, Okresný súd Bratislava II exekúciu zastavil v zmysle § 57 ods. 1 písm. h) zákona Exekučného poriadku (ďalej len „EP“), oprávnenému a povinnému náhradu trov konania nepriznal a súdnemu exekútorovi, ktorého vo výroku označil ako: JUDr. Boris Sobolovský, trovy exekúcie nepriznal. Súd prvého stupňa lustráciou zistil, že uznesením Okresného súdu Bratislava I pod sp. zn. 4K/45/2010, uvedený súd pre nedostatok majetku zrušil konkurz na majetok povinného, ktorý bol dňom 10.11.2011 v celom rozsahu vymazaný z obchodného registra. Dňa 30.09.2015 podal oprávnený návrh na opravu výroku uznesenia, ktorý prvostupňový súd vyhodnotil ako odvolanie voči rozhodnutiu č. k. 56Er/55/2011-10 zo dňa 04.09.2015, v časti výroku o zastavení exekučného konania a v časti výroku o trovách súdneho exekútora. Súd prvého stupňa vo výroku I. a III. uviedol ako súdneho exekútora JUDr. Borisa Sobolovského, avšak predmetná exekúcia je vedená u súdnej exekútorky JUDr. Táne Pačesovej. Odvolanie smerovalo voči rozhodnutiu vyššieho súdneho úradníka. Pokiaľ išlo o výrok I. uznesenia č.k. 56Er/55/2011-10, ktorým súd rozhodol o zastavení exekúcie, súd 1. stupňa tento výrok v súlade s § 374 ods. 4 zákona č. 99/1963 Zb. Občiansky súdny poriadok (ďalej len „OSP“) zrušil. Nakoľko vyhovel odvolaniu oprávneného a to uznesením č.k. 56Er/55/2011-16 zo dňa 07.10.2015 a podaním oprávneného došlo k zrušeniu uznesenia súdu prvého stupňa č. k. 56Er/55/2011-10 zo dňa 04.09.2015 v časti III. priamo zo zákona, nakoľko ak odvolanie smeruje proti rozhodnutiu súdneho úradníka alebo justičného čakateľa, proti ktorému zákon odvolanie nepripúšťa, rozhodnutie sa podaním odvolania zrušuje a opätovne rozhodne sudca. Proti uzneseniu Okresného súdu Bratislava II č. k. 56Er/55/2011-16 zo dňa 07.10.2015, v spojení s uznesením č. k. 56Er/55/2011-10 zo dňa 04.09.2015, podal odvolanie súdny exekútor a to proti výroku o trovách exekúcie, kde súd trovy exekúcie súdnemu exekútorovi nepriznal. Okresný súd Bratislava II uznesením č.k. 56Er/55/2011-24 zo dňa 09.12.2015, prostredníctvom vyššieho súdneho úradníka, exekúciu u súdneho exekútora JUDr. Táni Pačesovej pod sp. zn. EX 42/2011 a na Okresnom súde Bratislava II pod sp. zn. 56Er/55/2011 zastavil a súdnemu exekútorovi JUDr. Táni Pačesovej priznal trovy exekúcie vo výške 42,44 Eur v zmysle § 196, § 200 ods. 1, § 203 ods. 2 veta prvá zákona č. 233/1995 Z.z. o súdnych exekútoroch a exekučnej činnosti (EP) a o zmene a doplnení ďalších zákonov. Proti tomuto uzneseniu odvolanie podané nebolo. Súdny exekútor následne zobral svoje odvolanie proti uzneseniu okresného súdu č. k. 56Er/55/2011-16 zo dňa 07.10.2015 v spojení s uznesením č.k. 56Er/55/2011-10 zo dňa 04.09.2015, späť. Podľa § 207 ods. 2, 3 OSP, dokiaľ o odvolaní nebolo rozhodnuté, možno ho vziať späť. Ak sa odvolanie, o ktorom nebolo rozhodnuté, vzalo späť, odvolací súd odvolacie konanie zastaví. Opierajúc sa o citované zákonné ustanovenie, Krajský súd v Bratislave, ako súd odvolací (§ 10 ods. 1 OSP), odvolacie konanie zastavil, riadiac sa ustanovením § 207 ods. 3 OSP, keďže odvolanie o ktorom nebolo rozhodnuté, bolo vzaté späť. O trovách odvolacieho konania súd rozhodol podľa § 224 ods. 1 a § 146 ods. 1 písm. c) OSP, nakoľko odvolacie konanie bolo zastavené. Toto rozhodnutie bolo prijaté senátom odvolacieho súdu pomerom hlasov 3:0. Poučenie: Proti tomuto uzneseniu odvolanie nie je prípustné.</w:t>
      </w:r>
    </w:p>
    <w:p/>
    <w:p>
      <w:r>
        <w:t>Zdroj: KAUZIS.SK – https://www.kauzis.sk/judikatura/r/ECLI:SK:KSBA:2016:1211200813.1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