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9Co/213/2016 z 21. 7. 2016</w:t>
      </w:r>
    </w:p>
    <w:p>
      <w:r>
        <w:t>Uznesenie Krajského súdu Bratislava z 21. júla 2016, sp. zn. 9Co/213/2016, ECLI:SK:KSBA:2016:1211207369.2</w:t>
      </w:r>
    </w:p>
    <w:p>
      <w:r>
        <w:t>Súd: Krajský súd Bratislava</w:t>
      </w:r>
    </w:p>
    <w:p>
      <w:r>
        <w:t>Spisová značka: 9Co/213/2016</w:t>
      </w:r>
    </w:p>
    <w:p>
      <w:r>
        <w:t>ECLI: ECLI:SK:KSBA:2016:1211207369.2</w:t>
      </w:r>
    </w:p>
    <w:p>
      <w:r>
        <w:t>Dátum vydania: 21. 7. 2016</w:t>
      </w:r>
    </w:p>
    <w:p>
      <w:r>
        <w:t>Forma: Uznesenie</w:t>
      </w:r>
    </w:p>
    <w:p>
      <w:pPr>
        <w:pStyle w:val="Heading2"/>
      </w:pPr>
      <w:r>
        <w:t>Text rozhodnutia</w:t>
      </w:r>
    </w:p>
    <w:p>
      <w:r>
        <w:t>Súd: Krajský súd Bratislava Spisová značka: 9Co/213/2016 Identifikačné číslo súdneho spisu: 1211207369 Dátum vydania rozhodnutia: 22. 07. 2016 Meno a priezvisko sudcu, VSÚ: JUDr. Roman Huszár ECLI: ECLI:SK:KSBA:2016:1211207369.2 Uznesenie Krajský súd v Bratislave v senáte zloženom z predsedu senátu JUDr. Romana Huszára a členov senátu JUDr. Magdalény Florekovej a JUDr. Zuzany Posluchovej v právnej veci žalobcu: V.. Y. H., N.. X.X.XXXX, A. D. XX, A., proti žalovanému: Slovenská republika - Ministerstvo spravodlivosti SR, Župné námestie 13, Bratislava, o náhradu škody, na odvolanie žalobcu proti rozsudku Okresného súdu Bratislava II č. k. 10C/68/2011-292, zo dňa 9. februára 2016, takto r o z h o d o l : Odvolací súd odvolanie žalobcu o d m i e t a. Žalovaný má nárok na náhradu trov odvolacieho konania v plnom rozsahu. o d ô v o d n e n i e : 1. Súd prvej inštancie napadnutým rozsudkom zamietol návrh žalobcu a o trovách konania rozhodol tak, že žalovanému ich náhradu nepriznal. 2. Žalobca zaslal súdu písomné podanie zo dňa 1.4. 2016 označené ako odvolanie žalobcu proti rozsudku, ktoré nespĺňalo zákonom stanovené náležitosti odvolania v zmysle § 205 ods. 1, 2 O.s.p. 3. Súd prvej inštancie uznesením č. k. 10C/68/2011-300 zo dňa 15. apríla 2016 v zmysle § 209 ods. 1 O.s.p. vyzval žalobcu aby v lehote 15 dní odstránil vady odvolania s tým, aby špecifikoval, čoho sa domáha (ako navrhuje, aby odvolací súd o odvolaní rozhodol), uviedol dôvody, pre ktoré považuje predmetné rozhodnutie alebo postup Okresného súdu Bratislava II za nesprávny a uviedol, v akom rozsahu predmetné rozhodnutie napáda, spolu s poučením, že ak napriek výzve súdu odvolanie nedoplní, odvolací súd odvolanie odmietne s poukazom na ustanovenie § 218 ods. 1 písm. d/ O.s.p.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bez nariadenia odvolacieho pojednávania a dospel k záveru, že odvolanie žalobcu je potrebné odmietnuť. 6. Podľa § 386 ods. 1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7. Z obsahu spisu v danej veci vyplýva, že podanie žalobcu označené ako odvolanie doručené prvostupňovému súdu dňa 12. apríla 2016 (č. l. 299 spisu) nemalo náležitosti v zmysle § 205 ods. 1 O.s.p.. Súd prvej inštancie uznesením č. k. 10C/68/2011-300 zo dňa 15. apríla 2016 v zmysle § 209 ods. 1 O.s.p. správne žalobcu vyzval na odstránenie vád odvolania. Uvedené uznesenie bolo žalobcovi doručené v zmysle § 46 ods. 2 posledná veta O.s.p. dňom 25. mája 2016. Žalobca na výzvu súdu nereagoval, vytýkané nedostatky odvolania neodstránil. Podanie doručené súdu prvej inštancie označené ako odvolanie žalobcu proti rozsudku č.k. 10C/68/2011-300 zo dňa 15. apríla 2016 trpí naďalej vadami, keďže nemá náležitosti v zmysle § 363 C.s.p. ktoré bránia odvolaciemu súdu preskúmať rozhodnutie súdu prvej inštancie. Z tohto dôvodu odvolací súd odvolanie žalobcu ako podanie nespĺňajúce náležitosti podania svojho druhu s poukazom na § 386 písm. d/ C.s.p. odmietol. 8. O nároku na náhradu trov odvolacieho konania rozhodol odvolací súd v zmysle § 396 ods.1, § 262 ods. 1 v spojení s ustanovením § 256 ods. 1 C.s.p. s prihliadnutím na to, že v zákone absentuje úprava rozhodovania o trovách odvolacieho konania v prípade, že je odvolanie odmietnuté. V týchto prípadoch je nutné o náhrade trov konania rozhodnúť podľa cit. ustanovenia, ktoré je svojou povahou najbližšie odmietnutiu odvolania, keďže i v tomto prípade končí konanie bez toho, aby odvolací súd rozhodol o veci samej, a to v dôsledku procesného zavinenia strany sporu, ktorá podala odvolanie neobsahujúce zákonom ustanovené náležitosti. Tento účastník (v danom prípade žalobca) je potom povinný uhradiť protistrane trovy odvolacieho konania, keď o výške náhrady trov konania v zmysle § 262 ods. 2 C.s.p. rozhodne súd prvej inštancie po právoplatnosti rozhodnutia, ktorým sa konanie končí, samostatným uznesením, ktoré vydá súdny úradník. 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https://www.kauzis.sk/judikatura/r/ECLI:SK:KSBA:2016:1211207369.2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