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10Co/258/2016 z 28. 9. 2016</w:t>
      </w:r>
    </w:p>
    <w:p>
      <w:r>
        <w:t>Uznesenie Krajského súdu Bratislava z 28. septembra 2016, sp. zn. 10Co/258/2016, ECLI:SK:KSBA:2016:1212203598.2</w:t>
      </w:r>
    </w:p>
    <w:p>
      <w:r>
        <w:t>Súd: Krajský súd Bratislava</w:t>
      </w:r>
    </w:p>
    <w:p>
      <w:r>
        <w:t>Spisová značka: 10Co/258/2016</w:t>
      </w:r>
    </w:p>
    <w:p>
      <w:r>
        <w:t>ECLI: ECLI:SK:KSBA:2016:1212203598.2</w:t>
      </w:r>
    </w:p>
    <w:p>
      <w:r>
        <w:t>Dátum vydania: 28. 9. 2016</w:t>
      </w:r>
    </w:p>
    <w:p>
      <w:r>
        <w:t>Forma: Uznesenie</w:t>
      </w:r>
    </w:p>
    <w:p>
      <w:pPr>
        <w:pStyle w:val="Heading2"/>
      </w:pPr>
      <w:r>
        <w:t>Text rozhodnutia</w:t>
      </w:r>
    </w:p>
    <w:p>
      <w:r>
        <w:t>Súd: Krajský súd Bratislava Spisová značka: 10Co/258/2016 Identifikačné číslo súdneho spisu: 1212203598 Dátum vydania rozhodnutia: 29. 09. 2016 Meno a priezvisko sudcu, VSÚ: JUDr. Ayše Pružinec - Erenová ECLI: ECLI:SK:KSBA:2016:1212203598.2 Uznesenie Krajský súd v Bratislave v senáte zloženom z predsedníčky senátu JUDr. Ayše Pružinec Erenovej a členov senátu JUDr. Blanky Podmajerskej a JUDr. Silvie Walterovej v právnej veci žalobkyne: X. J., L.. XX. XX. XXXX, J. Y. A.. Č.. XXXX/XX, J., zastúpená advokátom: Mgr. Peter Neštepný, Ferienčíkova ul. č. 7, Bratislava, proti žalovaným: X/ I. B., L.. XX. XX. XXXX, J. Y. A.. Č.. XXXX/XX, J., X/ X. G., L.. XX. XX. XXXX, J. Y. A.. Č.. XXXX/XX, J., X/ C.. K. O., L.. XX. XX. XXXX, J. A.. I. D. Č.. XXXX/X, J., zastúpená advokátkou: JUDr. Marta Vicenová, Záhorácka ul. č. 5478/15B, Malacky, o určenie neplatnosti darovacej zmluvy a o nariadenie neodkladného opatrenia, na odvolanie žalobkyne proti uzneseniu Okresného súdu Bratislava II zo dňa 14. marca 2016, č. k. 19C/45/2012 - 73 v spojení s opravným uznesením zo dňa 24. júna 2016, č. k. 19C/45/2012 - 124, takto r o z h o d o l : Odvolací súd uznesenie súdu prvej inštancie, ktorým zamietol návrh žalobkyne na nariadenie neodkladného opatrenia, p o t v r d z u j e . o d ô v o d n e n i e : 1. Súd prvej inštancie uznesením zo dňa 14. marca 2016, č. k. 19C/45/2012 - 73 zamietol návrh žalobkyne na nariadenia predbežného opatrenia, ktorým žiadala zakázať Západoslovenskej distribučnej, a.s., IČO: 36 361 518, Čulenova ul. č. 6, Bratislava odpojiť odberné miesto na adrese Y. A.. Č.. XX, J., R. M. C. XXZZSXXXXXXXXXY od distribučnej sústavy spoločnosti Západoslovenskej distribučnej, a.s., a v prípade, ak už došlo k odpojeniu, uložiť Západoslovenskej distribučnej, a.s. povinnosť toto odberné miesto do jej distribučnej sústavy pripojiť. Svoje rozhodnutie odôvodnil právne ust. § 74 ods. 2, § 75 ods. 1, 2, § 76 ods. 2, § 102 ods. 1 O. s. p. a vecne tým, že žalobkyňa nepreukázala dôvodnosť podaného návrhu na nariadenie predbežného opatrenia, keďže neosvedčila potrebu dočasnej úpravy pomerov strán sporu. Uviedol, že vlastníkom nehnuteľnosti zapísanej na Liste vlastníctva Č.. X, G. O.. „., G.. Č.. XXXX, X. G., E. E. XXX C.2., G. O.. „., G.. Č.. XXXX, X. G.B. S. L., E. E. XX C., G. O.. „., G.. Č.. XXXX, X., E. E.C. XXXX C.2. S. O. K., D. Č. XXX, G. na G. O.. „., G.. Č.. XXXX, T. Ú. E., je žalovaná 3/ (pôvodne žalovaná 2/, pozn. odvolacieho súdu), ktorá podala žiadosť na odpojenie odberného miesta - uvedenej nehnuteľnosti nachádzajúcej sa na Y. A.. Č.. XX E. J. od distribučnej sústavy Západoslovenská distribučná, a.s. z dôvodu, že žalobkyňa a žalovaná 1/, ako jej dcéra (dedička po zomrelom pôvodne žalovanom X/ R. J., pozn. odvolacieho súdu) nie sú vlastníčkami uvedenej nehnuteľnosti a ani k nej nemajú užívacie právo. Poukázal na skutočnosť, že žalobkyňa bola vyzvaná Západoslovenskou distribučnou, a.s. na preukázanie užívacieho práva k uvedenej nehnuteľnosti, alebo doloženie súhlasu vlastníka nehnuteľnosti s pripojením odberného miesta, avšak žalobkyňa predložila iba uznesenie zo dňa 25. 04. 2012, č. k. 18C/45/2012 - 16, ktorým súd prvej inštancie predbežným opatrením zakázal žalovanej 3/ nakladať s uvedenou nehnuteľnosťou, ktoré však Západoslovenská distribučná, a.s. nepovažovala za dostatočné a zároveň jej oznámila, že žalovanej 1/ zašle odstúpenie od zmluvy, keď táto, ako zákonná dedička po zomrelom R. J., pôvodne žalovanom 1/ a vlastníkovi uvedenej nehnuteľnosti, na žiadosť žalobkyne uzavrela so Západoslovenskou distribučnou, a.s. zmluvu o pripojení odberného miesta na Y. A.. Č.. XX, J.. Súd prvej inštancie ďalej poukázal na čl. III. bod 3.7.3. Obchodných podmienok dodávky elektriny pri poskytovaní univerzálnej služby pre domácnosti ZSE a. s., podľa ktorého má dodávateľ právo odmietnuť podpísanie, ak odberateľ nemá užívacie právo alebo súhlas vlastníka k užívaniu nehnuteľnosti, do ktorej má byť zabezpečená dodávka elektriny, ak nie je jej vlastníkom, pričom Západoslovenská distribučná, a.s. má vo svojich obchodných podmienkach presne vymedzené akým spôsobom a s kým uzatvára zmluvy o dodávke elektrickej energie, keď iba vlastník nehnuteľnosti má právo s ňou nakladať, prípadne iná osoba na základe užívacieho práva alebo súhlasu vlastníka nehnuteľnosti. Uviedol, že žalobkyňa nemá žiadne vlastnícke, ani užívacie právo k predmetnej nehnuteľnosti, odbernému miestu a ani súhlas žalovanej 3/ na pripojenie odberného miesta do distribučnej sústavy Západoslovenskej distribučnej, a. s., a preto nie je možné od Západoslovenskej distribučnej, a.s. spravodlivo žiadať, aby odberné miesto na Y. A.. Č.. XX, Bratislava neodpojila, inak by neodpojenie bolo neoprávneným odberom elektrickej energie s tým, že o trovách konania o nariadenie predbežného opatrenia rozhodne v konečnom rozhodnutí vo veci samej, v ktorej sa žalobkyňa domáha určenia neplatnosti darovacej zmluvy uzavretej medzi pôvodne žalovaným 1/ a žalovanou 3/. Súd prvej inštancie opravným uznesením zo dňa 24. júna 2016, č. k. 19C/45/2012 - 124 opravil označenie čísla konania uvedeného v uznesení zo dňa 14. marca 2016, č. k. 19C/45/2012 - 73 a zároveň opravil označenie žalovaných v záhlaví uvedeného uznesenia. Svoje rozhodnutie odôvodnil právne ust. § 164 O. s. p. a vecne tým, že pri písaní rozhodnutia došlo k zrejmej nesprávnosti. 2. Proti tomuto uzneseniu podala žalobkyňa v zákonnej lehote odvolanie z dôvodu, že napadnuté rozhodnutie súdu prvej inštancie je formalistické, nakoľko prvoinštančný súd nezohľadnil pri rozhodovaní o jej návrhu skutočnosti, pre ktoré návrh na nariadenie predbežného opatrenia podala a navrhla napadnuté rozhodnutie zmeniť a jej návrhu na nariadenie predbežného opatrenia vyhovieť. Uviedla, že nehnuteľnosti (odberné miesto) nadobudla počas trvania manželstva s pôvodne žalovaným 1/, ako jej manželom, keď v dobe ich nadobudnutia bolo zvykom, že ako vlastník bol zapísaný iba jeden z manželov, ktorým bol pôvodne žalovaný 1/, a ktorý po rozvode ich manželstva túto situáciu využil a počas konania o vyporiadanie BSM, tieto daroval žalovanej 3/, pričom akonáhle sa dozvedela o tejto skutočnosti, podala návrh na určenie neplatnosti darovacej zmluvy a na nariadenie predbežného opatrenia. Poukázala na uznesenie Okresného súdu Bratislava II zo dňa 25. 04. 2012, č. k. 18C/45/2012 - 16, ktorým bolo žalovanej 3/ zakázané previesť, predať, založiť alebo prenajať nehnuteľnosti, alebo ich časti zapísané Správou katastra v Bratislave, na B. E. Č.. X, G. O.. „., G.. Č.. XXXX, X. G., E. E.Ý. XXX C.2., G.. Č.. XXXX, X. G. S. L.Á., E. E.C. XX C., G.. Č.. XXXX, X., E. E. XXXX C.2. S. O. K., D.Ú. Č. XXX, G. na G. Č.. XXXX, T. Ú. E., M. J. - C.. Č.. E., M. J. W., až do právoplatného skončenia konania o určenie neplatnosti darovacej zmluvy s tým, že v čase darovania uvedených nehnuteľností žalovanej 3/ ich užíval pôvodne žalovaný 1/, ona, ako aj ich spoločná dcéra, v súčasnosti žalovaná 1/. Uviedla, že po smrti pôvodne žalovaného 1/, ich dcéra I. B., ako jedna z jeho dedičiek, na jej žiadosť uzavrela so spoločnosťou Západoslovenská distribučná, a.s. zmluvu o pripojení odberného elektrického zariadenia do distribučnej sústavy odberného miesta na adrese Y. A.. Č.. XX, J. D. R. M. C. XXZZSXXXXXXXXXXY a od uzavretia tejto zmluvy až doteraz, bola táto zmluva riadne plnená. Poukázala na skutočnosť, že na Okresnom súde Bratislava II prebieha niekoľko súdnych sporov, ktoré súvisia s predmetnými nehnuteľnosťami, keď úmrtím pôvodne žalovaného 1/ súd prvej inštancie uznesením zo dňa 01. 03. 2013, č. k. 19C/45/2012 - 35 konanie o určenie neplatnosti darovacej zmluvy prerušil do právoplatného skončenia dedičského konania po pôvodne žalovanom 1/. Uviedla, že predmetné nehnuteľnosti patria do jej zaniknutého BSM a pôvodne žalovaného 1/, pričom situácia je o to zložitejšia, že je po mozgovej porážke, po prepustení z nemocnice býva v predmetnej nehnuteľnosti, stará sa o ňu dcéra (žalovaná 1/), keď tým, že súd prvej inštancie zamietol jej návrh na nariadenie predbežného opatrenia, neposkytol jej ochranu a je naďalej vystavená nebezpečenstvu bezprostredne hroziacej ujmy, pričom je zrejmé, že ak by bolo predbežné opatrenie nariadené, nebolo by na škodu Západoslovenskej distribučnej, a.s., od ktorej možno splnenie povinnosti, ktorú žiadala v návrhu na nariadenie predbežného opatrenia spravodlivo žiadať, keď na predmetnom odbernom mieste nie sú žiadne nedoplatky a všetky platby sú riadne a včas uhrádzané. Žalobkyňa ďalej uviedla, že žiadosť žalovanej 3/ o odpojenie predmetného odberného miesta od distribučnej siete je účelové, v snahe robiť problémy jej, ako i žalovanej 1/, keď žalovaná 3/ nikdy uvedené nehnuteľnosti neužívala, ani ich neužíva, nemá ani o ich užívanie záujem a bez akýchkoľvek racionálnych dôvodov žiadala o odpojenie odberného miesta, avšak sama, na svoje meno, o jeho pripojenie nežiadala. 3. Žalovaní 1/ a 2/ sa k odvolaniu žalobkyne, ktoré im bolo doručené, písomne nevyjadrili. 4. Žalovaná 3/ vo svojom vyjadrení k odvolaniu žalobkyne uviedla, že sa stotožňuje s odôvodnením napadnutého rozhodnutia, v ktorom poukázal na obchodné podmienky Západoslovenskej distribučnej spoločnosti, a.s. a navrhla ho potvrdiť. Poukázala na skutočnosť, že Západoslovenská distribučná spoločnosť, a.s. neeviduje zmluvu o odbere, resp. pripojení so žalobkyňou, ktorej tvrdenie, že nehnuteľnosti zapísané na B. E. Č.. X, T. Ú. E. (G., G.. Č.. XXXX, X.É. G., E. E. XXX C.2., G.. Č.. XXXX, X. G. S. L.Á.K., E. E. XX C., G.. Č.. XXXX, X., E. E. XXXX C.2., D., D. Č. XXX, G. na G. Č.. XXXX) patria do zaniknutého a nevyporiadaného bezpodielového spoluvlastníctva manželov, pričom táto skutočnosť nemá vplyv na to, že je zapísaná ako vlastníčka týchto nehnuteľností, keď nie je zrejmé, či o pripojenie do distribučnej siete požiadala žalovaná 1/ na požiadanie žalobkyne ako svojej matky, alebo zmluvu uzatvárala sama žalobkyňa vo svojom mene. Uviedla, že nemá k dispozícii návrh na nariadenie predbežného opatrenia a preto nevie posúdiť, či sa žalobkyňa domáhala uloženia povinnosti Západoslovenskej distribučnej, a.s., ktorá stranou sporu nie je a preto jej nie je možné ani v tomto konaní ukladať akékoľvek povinnosti. Poukázala na skutočnosť, že nehnuteľnosti nikto v súčasnosti neužíva, takže nebude na ujmu nikoho, ak nebudú pripojené k elektrickej energii, ako i na to, že nie je pravdivé tvrdenie žalobkyne, že nemá záujem o užívanie predmetných nehnuteľností, práve naopak žalobkyňa jej svojim správaním znemožňuje ich užívanie, a aby sa vyhla konfliktom a policajným zásahom, snaží sa vyhýbať stretom s ňou, pričom platí miestne dane za nehnuteľnosti, ale keď zistila, že odberné miesto na Y. A. Č.. XX E. J. nie je evidované na meno R. J., ani jeho manželky, kontaktovala ZSE, a.s. a postupovala podľa ich pokynov v súlade s ich obchodnými podmienkami. 5. Odvolací súd preskúmal vec podľa § 380 ods. 1 zákona č. 160/2015 Z. z. (Civilný sporový poriadok, účinný od 01. 07. 2016) bez nariadenia odvolacieho pojednávania podľa § 378 ods. 2 C. s. p. a dospel k záveru, že napadnuté uznesenie je vecne správne a odvolaniu žalobkyne nie je možné priznať úspech. 6. Podľa § 471 ods. 1 C. s. p.,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329 ods. 2 C. s. p., pre neodkladné opatrenie je rozhodujúci stav v čase vydania uznesenia súdu prvej inštancie. Podľa § 76 ods. 2 Občianskeho súdneho poriadku, účinný do 30. 06. 2016, predbežným opatrením možno nariadiť povinnosť niekomu inému než účastníkovi len vtedy, ak to možno od neho spravodlivo žiadať. 7. Podľa právnej úpravy platnej do 30. 06. 2016 predbežným opatrením môže súd pred začatím konania (§ 74 ods. 1 O. s. p),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8. Nariadenie predbežného opatrenia má charakter provizórneho riešenia vzťahov medzi účastníkmi konania a preto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9.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aj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10.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11. V konaní o nariadenie predbežného opatrenia spočíva povinnosť tvrdenia, dôkazná povinnosť a dôkazné bremeno v činnosti súdu pred začatím konania, a pri rozhodovaní o návrhu na nariadenie predbežného opatrenia výlučne na navrhovateľovi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To však neznamená, že súd môže nariadiť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12. V posudzovanej veci sa žalobkyňa domáhala nariadenia neodkladného (predbežného) opatrenia po začatí konania vo veci samej, keď žalobou vo veci samej sa domáha určenia neplatnosti darovacej zmluvy, ktorej vklad bol povolený Katastrálnym úradom v Bratislave dňa 09. 12. 2011 pod E. - XXXXX/ XX, ktorou pôvodne žalovaný X/ R. J., jej bývalý manžel, daroval nehnuteľnosti zapísané na B. E. Č.. X, T. Ú. E., G., G.. Č.. XXXX, X. G., E. E. XXX C.2., G.. Č.. XXXX, X. G. S. L.Á., E. E. XX C., G.. Č.. XXXX, X., E. E. XXXX C.2., D., D. Č. XXX, G. na G. Č.. XXXX, žalovanej 3/, nakoľko nehnuteľnosti patria do ich zaniknutého bezpodielového spoluvlastníctva a na ich darovanie nedala pôvodne žalovanému 1/ súhlas. 13. Odvolací súd sa v celom rozsahu stotožnil so správnym právnym záverom súdu prvej inštancie, že žalobkyňa neosvedčila danosť svojho nároku, keď nepreukázala, že má k uvedenej nehnuteľnosti, do ktorej sa má dodávka elektriny zabezpečiť vlastnícke, alebo užívacie právo, pričom podľa článku III. bod 3.7.3. Obchodných podmienok dodávky elektriny pri poskytovaní univerzálnej služby pre domácnosti spoločnosti ZSE Energia, a.s., môže dodávateľ elektriny odmietnuť uzavretie zmluvy s odberateľom, ktorý nemá od vlastníka nehnuteľnosti súhlas na jej užívanie, z čoho vyplýva, že nie je preto možné Západoslovenskej distribučnej, a.s., ako niekomu inému, než strane sporu, uložiť povinnosť zabezpečiť dodávku elektrickej energie do nehnuteľnosti, v ktorej sa nachádza odberné miesto, tak ako to žiadala žalobkyňa navrhovaným neodkladným opatrením. 14. K argumentácii žalobkyne v podanom odvolaní, že po smrti pôvodne žalovaného X/ R.na J., jeho dcéra I. B. (žalovaná 1/), ako jedna zo zákonných dedičiek, na jej žiadosť uzavrela so spoločnosťou Západoslovenská distribučná, a. s. zmluvu o pripojení do odberného miesta na Y. A.. Č.. XX, J., odvolací súd uvádza, že žalovaná 1/ nie je vlastníčkou nehnuteľnosti, do ktorej má Západoslovenská distribučná, a.s. dodávať elektrickú energiu, ich vlastníčkou je žalovaná 3/, z dôvodu ktorého Západoslovenská distribučná, a.s. vyzvala žalovanú 1/ na preukázanie užívacieho práva k tejto nehnuteľnosti, alebo predloženie súhlasu vlastníka nehnuteľnosti, na ktorej je zriadené odberné miesto, s pripojením odberného elektrického zariadenia v odbernom mieste do ich distribučnej siete podľa článku V. bod 5.2.5. Obchodných podmienok dodávky elektriny pri poskytovaní univerzálnej služby pre domácnosti spoločnosti ZSE Energia, a.s., nakoľko bez splnenia tejto podmienky nie je možné do uvedeného odberného miesta dodávať elektrickú energiu. 15. Súd prvej inštancie, ktorý napadnutým uznesením návrh žalobkyne na nariadenie neodkladného opatrenia zamietol z dôvodu nesplnenia zákonných predpokladov pre jeho nariadenie, neosvedčenie potreby dočasnej úpravy pomerov strán sporu, rozhodol vecne správne, a preto odvolací súd uznesenie súdu prvej inštancie podľa § 387 ods. 1, 2 C. s. p. potvrdil. 16.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https://www.kauzis.sk/judikatura/r/ECLI:SK:KSBA:2016:1212203598.2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