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8Co/828/2014 z 13. 6. 2016</w:t>
      </w:r>
    </w:p>
    <w:p>
      <w:r>
        <w:t>Rozsudok Krajského súdu Bratislava z 13. júna 2016, sp. zn. 8Co/828/2014, ECLI:SK:KSBA:2016:1212224974.7</w:t>
      </w:r>
    </w:p>
    <w:p>
      <w:r>
        <w:t>Súd: Krajský súd Bratislava</w:t>
      </w:r>
    </w:p>
    <w:p>
      <w:r>
        <w:t>Spisová značka: 8Co/828/2014</w:t>
      </w:r>
    </w:p>
    <w:p>
      <w:r>
        <w:t>ECLI: ECLI:SK:KSBA:2016:1212224974.7</w:t>
      </w:r>
    </w:p>
    <w:p>
      <w:r>
        <w:t>Dátum vydania: 13. 6. 2016</w:t>
      </w:r>
    </w:p>
    <w:p>
      <w:r>
        <w:t>Forma: Rozsudok</w:t>
      </w:r>
    </w:p>
    <w:p>
      <w:r>
        <w:t>Oblasť práva: Občianske právo</w:t>
      </w:r>
    </w:p>
    <w:p>
      <w:pPr>
        <w:pStyle w:val="Heading2"/>
      </w:pPr>
      <w:r>
        <w:t>Text rozhodnutia</w:t>
      </w:r>
    </w:p>
    <w:p>
      <w:r>
        <w:t>Súd: Krajský súd Bratislava Spisová značka: 8Co/828/2014 Identifikačné číslo súdneho spisu: 1212224974 Dátum vydania rozhodnutia: 14. 06. 2016 Meno a priezvisko sudcu, VSÚ: JUDr. Jana Vlčková ECLI: ECLI:SK:KSBA:2016:1212224974.7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03. októbra 2014, č.k. 15C/191/2012-260,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125 eur a nemajetkovej ujmy vo výške 330 eur podľa zák. č. 514/2003 Z.z. o zodpovednosti za škodu spôsobenú pri výkone verejnej moci; súčasne zamietol návrh navrhovateľa na prerušenie konania; a odporcovi náhradu trov konania nepriznal. Vychádzal zo zistenia, že v exekučnej veci oprávneného (žalobcu), proti povinnému Y. W., vedenej pod sp.zn. 57Er 568/2011, vydal súd dňa 28.7.2011, na základe žiadosti o udelenie poverenia na vykonanie exekúcie doručenej súdu dňa 23.3.2011, poverenie na vykonanie exekúcie a uznesením zo dňa 28.7.2011 exekučné konanie v časti zmenkového úroku zastavil. Z uvedených skutkových okolností vyvodil, že súd pri rozhodovaní o vydaní poverenia na vykonanie exekúcie iba čiastočne nedodržal zákonnú 15-dňovú lehotu a exekútora poveril vykonaním exekúcie po 125 dňoch od doručenia žiadosti a zároveň exekučné konanie v časti zmenkového úroku zastavil. Konštatoval, že z ust. § 44 ods. 2 Exekučného poriadku vyplýva, že 15- dňová lehota platí iba v prípade, že súd nezistí rozpor exekučného titulu so zákonom. V danom prípade súd zistil čiastočný rozpor exekučného titulu so zákonom, a to v časti zmenkového úroku. Na rozhodnutie o zastavení exekučného konania v časti zmenkového úroku zákon žiadnu lehotu nestanovuje. Zákon tiež nerieši, v akej lehote má súd rozhodnúť v prípade, že zistí čiastočný rozpor exekučného titulu so zákonom. Uviedol, že bol splnený prvý predpoklad zodpovednosti štátu za škodu, keď došlo k nesprávnemu úradnému postupu tunajšieho súdu, ktorý do 15 dní od podania žiadosti o udelenie poverenia na vykonanie exekúcie nepoveril súdneho exekútora vykonaním exekúcie, za predpokladu, že ust. § 44 ods. 2 Exekučného poriadku je potrebné vykladať tak, že aj v prípade, že súd zistí čiastočný rozpor exekučného titulu so zákonom, má aj tak vydať poverenie v časti, ktorá neodporuje zákonu v 15- dňovej lehote. Podľa § 44 ods. 2 Exekučného poriadku, účinného v čase podania žiadosti o udelenie poverenia na vykonanie exekúcie, bol súd povinný poveriť súdneho exekútora vykonaním exekúcie do 15 dní bez ohľadu na druh exekučného titulu. Takto ustálený skutkový stav veci posúdil po právnej stránke podľa § 4 ods. 1 písm. a/ bod 1., § 9 ods. 1, 2, § 17 ods. 1, 2, 3, § 19 ods. 1, 2, 3, § 27 ods. 1 zákona č. 514/2003 Z.z. o zodpovednosti za škodu spôsobenú pri výkone verejnej moci a § 41 ods. 2 písm. d/, § 44 ods. 2 Exekučného poriadku a dospel k záveru, že navrhovateľ nepreukázal splnenie zákonných predpokladov zodpovednosti štátu za škodu spôsobenú nesprávnym úradným postupom. Dospel k záveru, že navrhovateľ nepreukázal existenciu majetkovej škody. Pokiaľ sa navrhovateľ domáhal náhrady majetkovej škody predstavujúcej náhradu účelne vynaložených nákladov spojených s jeho činnosťou uskutočňovanou vo veci správy a vymáhania pohľadávky, mal za to, že aj v prípade, že by existovala možnosť vzniku škody, je možné uhradiť iba skutočnú škodu a ušlý zisk, ktorých vznik je povinný navrhovateľ preukázať. Tento na preukázanie svojich tvrdení v tomto konaní označil ako dôkaz znalecký posudok č. X/XXXX vypracovaný dňa 17.01.2014 Znaleckým ústavom B. univerzity v Bratislave vo veci stanovenia výšky majetkovej škody spoločnosti POHOTOVOSŤ s.r.o. Dospel však k záveru, že tento listinný dôkaz nepreukazuje vznik ani výšku skutočnej majetkovej škody v prejenávanej veci vedenej pod sp.zn. 15C/191/2014, ale vyčísluje iba náklady všeobecne - paušálne za pracovné výkony zamestnancov, udržiavanie a správu informačného systému a za administratívne spracovanie textov urgencií adresovaných okresným súdom Slovenskej republiky v exekučných veciach, na publikačné výdaje spojené s vyhotovením urgencií adresovaných okresným súdom Slovenskej republiky v exekučných veciach, na poštovné a telekomunikačné výdaje spojené s urgovaním a kontrolou stavu konania na okresných súdoch Slovenskej republiky v exekučných veciach. Mal za to, že takéto vyčíslené náklady nie sú skutočnou škodou, ktorú bol navrhovateľ povinný v tomto konaní preukázať, nakoľko sa jedná iba o všeobecne vyčíslené náklady a nie o náklady, ktoré boli skutočne, preukázateľne a priamo vynaložené navrhovateľom v tomto ako aj v každom konkrétnom prípade. Dôkazné bremeno preukázať vznik a výšku skutočnej škody v každom konkrétnom prípade zaťažovalo navrhovateľa, preto znalecký posudok č. X/XXXX vypracovaný dňa 17.01.2014 Znaleckým ústavom B. univerzity v Bratislave, v ktorom sú všeobecne paušálne vyčíslené náklady pri každej žalobe NP (nevydanie poverenia v zákonom stanovenej lehote), nie je dôkazom preukazujúcim vznik a ani výšku škody v tomto konkrétnom prípade. Uzavrel, že navrhovateľ na preukázanie vzniku ani výšky škody dôkazné bremeno neuniesol. Vo vzťahu k uplatnenému nároku na náhradu nemajetkovej ujmy konštatoval, že nedodržanie zákonnej lehoty automaticky nezakladá nárok na náhradu nemajetkovej ujmy, ale treba prihliadať na okolnosti prípadu, na dopad nesprávneho postupu súdu a následkov, pričom konanie o náhradu škody je konaním súdnym, keď dôkazné bremeno znáša navrhovateľ. Konštatoval, že navrhovateľ ničím nepreukázal svoje tvrdenie, že nezákonným zásahom vyvolaná situácia ovplyvnila jeho ďalšie podnikateľské postupy aktivity, spôsobila neistotu v plánovaní ďalších rozhodnutí, ktoré mohol prijať a spôsobila u členov riadiacich orgánov, ako aj u jej majiteľov pocity frustrácie, úzkosti, nespravodlivosti, neistoty a nedôvery v právo a rovnosť v spoločnosti. Vyjadril názor, že v danej veci by bolo neprimerané a neúčelné, aby bola navrhovateľovi, ktorý v spotrebiteľskej zmluve použil zmluvnú podmienku odporujúcu dobrým mravom, priznaná nemajetková ujma v peniazoch. Mal za to, že nedodržanie zákonnej lehoty na vydanie poverenia v danej veci nemohlo spôsobiť neistotu alebo vznik akejkoľvek škody či nemajetkovej ujmy, pretože za 125 dní nemohlo dôjsť k tak závažnej ujme, ako uviedol navrhovateľ. Vzhľadom na dĺžku času, ktorá ubehla od uplynutia 15-dňovej lehoty na rozhodnutie o žiadosti o udelenie poverenia na vykonanie exekúcie do rozhodnutia súdu a na ostatné okolnosti daného prípadu, uzavrel, že konštatovanie porušenia práva navrhovateľa je dostatočným zadosťučinením pre navrhovateľa. Mal za to, že navrhovateľ nepreukázal ani splnenie tretieho predpokladu zodpovednosti štátu za škodu, keď nepreukázal existenciu priamej príčinnej súvislosti medzi nesprávnym úradným postupom a uplatňovanou majetkovou a nemajetkovou škodou; nepreukázal totiž, že by mu tvrdené náklady nevznikli aj tak, teda že by v prípade dodržania zákonnej lehoty na vydanie poverenia na vykonanie exekúcie došlo priamo úmerne k skoršiemu vymoženiu pohľadávky a skoršiemu skončeniu exekučného konania. Výrok o zamietnutí návrhu na prerušenie konania až do právoplatného rozhodnutia Ústavného súdu SR o ústavnej sťažnosti pre porušenie práva navrhovateľa na zákonného sudcu a na nestranný súd s poukazom na § 109 ods. 1, písm. b/, ods. 2 písm. c/ O.s.p. odôvodnil tým, že sťažnosť navrhovateľa proti uzneseniu Krajského súdu v Bratislave zo dňa 17.10.2012 č.k. 4NcC/60/2012-22 bola uznesením Ústavného súdu Slovenskej republiky zo dňa 02.7.2013 č. k. III. ÚS 295/2013-12 odmietnutá pre nedostatok právomoci Ústavného súdu Slovenskej republiky na jej prerokovanie a rozhodnutie a neprebieha žiadne konanie, v ktorom by sa riešila otázka, ktorá môže mať význam pre rozhodnutie súdu v tomto konaní. Navyše zhodný návrh navrhovateľa na prerušenie konania z 31.10.2013 bol zamietnutý uznesením zo dňa 08.11.2013 č.k. 15C/191/2012-98, ktoré nadobudlo právoplatnosť dňa 27.6.2014 v spojení s uznesením Krajského súdu v Bratislave zo dňa 20.5.2014 č.k. 14Co/714/2013-124. O trovách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ignoroval všetky jeho tvrdenia o majetkovej škode, ktorá vznikla z titulu udržiavania a správy informačného systému a titulu výdajov a že napadnutý rozsudok je v tomto smere nepreskúmateľný. Nesúhlasil ani s tvrdením, že náklady na správu pohľadávky počas nečinnosti súdu zapríčinil dlžník (povinný), keď právnym titulom je v danej veci nesprávny úradný postup exekučného súdu a za ten dlžník nemôže niesť zodpovednosť. Vytýkal súdu prvého stupňa, že v odôvodnení rozhodnutia vôbec nevysvetlil, prečo nekonštatoval, že došlo k porušeniu jeho práva na prerokovanie veci bez zbytočných prieťahov zaručeného článkom 48 ods. 2 Ústavy SR, ako aj práva na prejednania veci v primeranej lehote zaručeného článkom 6 ods. 1 Európskeho dohovoru o ochrane ľudských práv, základných slobôd a práva na rozhodnutie v zákonom stanovenom čase.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Namietal, že rozhodnutie súdu prvého stupňa je vnútorne rozporné, keď napriek tomu, že zistil porušenie práva, nekonštatoval ho a na tejto chybe postavil svoje rozhodnutie o nepriznaní nemajetkovej ujmy; rozhodnutie založené na skutkovej a právnej chybe súdu nie je v právnom štáte udržateľné. Vytýkal súdu prvého stupňa, že v súvislosti s majetkovou ujmou analyzoval okolnosti, ktoré s vecou vôbec nesúvisia a tieto okolnosti vydával za odôvodnenie svojho rozhodnutia, s ktorým odôvodnením nemožno súhlasiť.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Vo vzťahu k výroku o zamietnutí návrhu na prerušenie konania namietal, že konečné meritórne rozhodnutie vo veci súdom (vylúčeným sudcom) neprichádzalo do úvahy z dôvodu, že súd v rovnakom rozhodnutí rozhodol aj o zamietnutí návrhu na prerušenie konania proti ktorému pripustil odvolanie; týmto postupom predbehol vydaním meritórneho rozhodnutia účinky právoplatného rozhodnutia o prerušení konania z dôvodu rozhodovania o otázke nestrannosti sudcu, ktorým porušil jeho práva na súdnu ochranu a možnosť konať pred súdom, a preto je jeho meritórne rozhodnutie predčasné. Argumentoval tiež tým, že v konaní predložil ako dôkaz o vzniku škody znalecký posudok číslo 1/2014, ktorým bolo jednoznačne preukázané, že nesprávny úradný postup mal na neho negatívny dopad a objektívne spôsobil zníženie jeho majetku, a to v posudku určenej výške; v tejto súvislosti vytýkal súdu prvého stupňa, že nevykonal dostatočné dokazovanie oboznámením sa s predloženým znaleckým posudkom, z ktorého vyplýva, ktoré konkrétne náklady ním boli vynaložené v súvislosti so správou a vedením pohľadávky a jeho súčasťou súd prílohy, ktoré v príčinnej súvislosti s omeškaním exekučného súdu predstavujú podrobný prehľad o vynaložených mzdových nákladoch, nákladoch na tlač, na úpravu informačného systému, na poštovné a na telekomunikačné služby.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preskúmavanej veci postupoval súd prvého stupňa dôsledne podľa § 109 ods. 1 písm. b/, ods. 2 písm. c/ O.s.p. skúmajúc, či sú splnené zákonné predpoklady pre prerušenie konania, pričom dospel k správnemu záveru, že návrh navrhovateľa na prerušenie konania nie je dôvodný, keď podanie ústavnej sťažnosti nie je zákonnou prekážkou v konaní, nakoľko posúdenie porušenia práva navrhovateľa na zákonného sudcu a nestranný súd, na základe ním podanej ústavnej sťažnosti, nie je takou otázkou, vyriešenie ktorej bude mať vplyv na rozhodnutie vo veci samej. Vzhľadom na to, že od posúdenia ústavnej sťažnosti nezávisí rozhodnutie v merite danej veci, nemôže byť dôvodom na prerušenie konania ani tá skutočnosť, že otázku porušenia práva navrhovateľa na nestranný súd nie je vec prejednávajúci súd oprávnený v tomto konaní riešiť. Za stavu, keď bola otázka zákonného sudcu v predmetnej veci právoplatne vyriešená rozhodnutím nadriadeného súdu, ktorým je súd prvého stupňa viazaný, o navrhovateľom podanej ústavnej sťažnosti už bolo rozhodnuté Ústavným súdom SR tak, že bola pre nedostatok právomoci odmietnutá, a rovnaký návrh navrhovateľa na prerušenie konania bol v danej veci už právoplatne zamietnutý, neboli dané ani dôvody na prerušenie konania.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 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(4 ods. 1 písm. a/ bod 1., § 9 ods. 1, 2, § 17 ods. 1,2,3, § 19 ods. 1, 2, 3, § 27 ods. 1) v spojení § 41 ods. 2 písm. d/, § 44 ods. 2 Exekučného poriadku, ktoré aj správne vyložil v súlade s ustálenou súdnou a výkladovou praxou a svoje úvahy, pre ktoré návrhu navrhovateľa nevyhovel a neprihliadol tak na jeho námietky proti postupu Okresného súdu Bratislava II v exekučnej veci sp.zn. 57Er 568/2011,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V preskúmavanej veci je správny záver súdu prvého stupňa, že navrhovateľ v konaní nepreukázal vznik škody a nemajetkovej ujmy, keď nepredložil žiadne relevantné dôkazy preukazujúce vznik skutočnej škody a samotný paušálny výpočet všeobecných nákladov v znaleckom posudku č. X/XXXX nepostačuje na riadne a náležité preukázanie vzniku skutočnej škody vo vzťahu ku konkrétnym okolnostiam danej veci; tak ako to správne konštatoval i súd prvého stupňa.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Námietku navrhovateľa, že mu súd prvého stupňa odňal možnosť konať pred súdom tým, že vec prejednal a vo veci rozhodol na pojednávaní dňa 03.10.2014 v jeho neprítomnosti, odvolací súd považuje za nedôvodnú a účelovú, keďže navrhovateľ, resp. jeho právny zástupca, bol na toto pojednávanie riadne predvolaný, pojednávania sa nezúčastnil a ani nepožiadal z dôležitého dôvodu o jeho odročenie; neodôvodnený návrh navrhovateľa na prerušenie konania v súvislosti s podaním ústavnej sťažnosti na porušenie zásady nestrannosti súdu a sudcu totiž nemožno považovať za dôležitý dôvod na odročenie pojednávania. Za danej procesnej situácie nemožno súdu prvého stupňa vytýkať porušenie § 101 ods. 2 O.s.p. Prejednanie a rozhodnutie veci v neprítomnosti navrhovateľa, resp. jeho právneho zástupcu, nemal v danom konaní za následok odňatie mu možnosti konať pred súdom. Súd prvého stupňa vytvoril navrhovateľovi, resp. jeho právnemu zástupcovi, procesnú možnosť zúčastniť sa na pojednávaní a na ňom realizovať procesné právo účastníka konania na prerokovanie veci v jeho prítomnosti (vyjadriť sa k veci, k výsledkom dokazovania a k vykonaným dôkazom), táto procesná možnosť nebola navrhovateľom využitá. Rovnako nedôvodná je odvolacia námietka navrhovateľa, že vo veci rozhodoval vylúčený sudca, keď o jeho námietke zaujatosti v preskúmavanej veci; uplatnenej v podanom návrhu na začatie konania; už bolo právoplatne rozhodnuté nadriadeným súdom. Pokiaľ súd prvého stupňa rozhodol o (nedôvodne podanom) návrhu navrhovateľa na prerušenie konania súčasne s rozhodnutím vo veci samej; teda meritórne rozhodol bez vyčkania právoplatného vyriešenia otázky prerušenia konania; nejde o vadu konania, ktorá by mala za následok vecnú nesprávnosť rozhodnutia (§ 212 ods. 3 O.s.p.) a takýmto postupom nebola ani navrhovateľovi znemožnená realizácia jeho procesného práva podať proti rozhodnutiu o zamietnutí návrhu na prerušenie konania riadny opravný prostriedok.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jeho tvrdení a nadväzne na uvedenú zásadu konajúci súd zákonným spôsobom vyhodnotil procesnú aktivitu účastníkov konania vo vzťahu k meritu veci. Navrhovateľ sa svojou neúčasťou na súdnom pojednávaní, na ktorom mu bola vytvorená procesná možnosť, aby sa zúčastnil vykonávania dokazovania, navrhoval jeho doplnenie, resp. sa vyjadril k vykonanému dokazovaniu, svojho procesného práva v tomto smere vzdal, resp. si možnosť jeho realizácie sám svojou nečinnosťou zmaril, a preto sa nedôvodne dovoláva odňatia mu možnosti konať pred súdom v súvislosti s porušením zásady kontradiktórnosti súdneho procesu. Súdu prvého stupňa teda nemožno vytknúť žiadne procesné pochybenie a ani pochybenie pri skutkovom a právnom posúdení nároku navrhovateľa na náhradu škody a nemajetkovej ujmy, ktorá mu mala vzniknúť nesprávnym úradným postupom exekučného súdu v konaní vedenom na Okresnom súde Bratislava II pod sp.zn. 57Er 568/2011,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 1 O.s.p. v spojení s § 142 ods. 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https://www.kauzis.sk/judikatura/r/ECLI:SK:KSBA:2016:1212224974.7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