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8Co/465/2014 z 7. 3. 2016</w:t>
      </w:r>
    </w:p>
    <w:p>
      <w:r>
        <w:t>Rozsudok Krajského súdu Bratislava z 7. marca 2016, sp. zn. 8Co/465/2014, ECLI:SK:KSBA:2016:1212225029.4</w:t>
      </w:r>
    </w:p>
    <w:p>
      <w:r>
        <w:t>Súd: Krajský súd Bratislava</w:t>
      </w:r>
    </w:p>
    <w:p>
      <w:r>
        <w:t>Spisová značka: 8Co/465/2014</w:t>
      </w:r>
    </w:p>
    <w:p>
      <w:r>
        <w:t>ECLI: ECLI:SK:KSBA:2016:1212225029.4</w:t>
      </w:r>
    </w:p>
    <w:p>
      <w:r>
        <w:t>Dátum vydania: 7. 3. 2016</w:t>
      </w:r>
    </w:p>
    <w:p>
      <w:r>
        <w:t>Forma: Rozsudok</w:t>
      </w:r>
    </w:p>
    <w:p>
      <w:r>
        <w:t>Oblasť práva: Občianske právo</w:t>
      </w:r>
    </w:p>
    <w:p>
      <w:pPr>
        <w:pStyle w:val="Heading2"/>
      </w:pPr>
      <w:r>
        <w:t>Text rozhodnutia</w:t>
      </w:r>
    </w:p>
    <w:p>
      <w:r>
        <w:t>Súd: Krajský súd Bratislava Spisová značka: 8Co/465/2014 Identifikačné číslo súdneho spisu: 1212225029 Dátum vydania rozhodnutia: 08. 03. 2016 Meno a priezvisko sudcu, VSÚ: JUDr. Jana Vlčková ECLI: ECLI:SK:KSBA:2016:1212225029.4 ROZSUDOK V MENE SLOVENSKEJ REPUBLIKY Krajský súd v Bratislave v senáte zloženom z predsedníčky senátu JUDr. Jany Vlčkovej a členov senátu JUDr. Janky Richterovej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 zo dňa 16. apríla 2014, č.k. 51C/195/2012-103,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vo výške 125 eur a nemajetkovej ujmy vo výške 330 eur podľa zák. č. 514/2003 Z.z. o zodpovednosti za škodu spôsobenú pri výkone verejnej moci; súčasne zamietol návrh navrhovateľa na prerušenie konania; a odporcovi náhradu trov konania nepriznal. Vychádzal zo zistenia, že na základe žiadosti o udelenie poverenia na vykonanie exekúcie doručené exekučnému súdu dňa 26.08.2009 vydal v exekučnom konaní vedenom na Okresnom súde Bratislava II pod sp. zn. 57Er/956/2009 dňa 26.11.2009 exekučný súd poverenie na vykonanie exekúcie a v časti úroku žiadosť o udelenie poverenia zamietol, a teda pri rozhodovaní o vydaní poverenia na vykonanie exekúcie exekučný súd čiastočne nedodržal zákonnú 15-dňovú lehotu a exekútora poveril vykonaním exekúcie po 3 mesiacoch od podania žiadosti a zároveň žiadosť o udelenie poverenia čiastočne zamietol. V tejto súvislosti konštatoval, že 15-dňová lehota na vydanie poverenia platí iba v prípade, že súd nezistil rozpor exekučného titulu so zákonom. V danom prípade súd zistil čiastočne rozpor exekučného titulu so zákonom, a to v časti úroku. Konštatoval, že na rozhodnutie o zamietnutí žiadosti o udelenie poverenia zákon žiadnu lehotu nestanovuje, zákon tiež nerieši, v akej lehote má súd rozhodnúť v prípade, že zistí čiastočný rozpor exekučného titulu so zákonom. S poukazom na uvedené uzavrel, že exekučný súd bol povinný poveriť súdneho exekútora vykonaním exekúcie do 15 dní bez ohľadu na druh exekučného titulu, a teda aj v prípade, že súd zistí čiastočne rozpor exekučného titulu so zákonom, je povinný vydať poverenie v časti, ktorá neodporuje zákonu v 15-dňovej lehote. Takto ustálený skutkový stav veci posúdil po právnej stránke podľa § 4 ods. 1 písm. a/ bod 1., § 9 ods. 1, 2, § 17 ods. 1,2,3, § 19 ods. 1,2,3, § 27 ods. 1 zákona č. 514/2003 Z.z. o zodpovednosti za škodu spôsobenú pri výkone verejnej moci a § 41 ods. 2 písm. d/, § 44 ods. 2 Exekučného poriadku a dospel k záveru, že navrhovateľ nepreukázal splnenie zákonných predpokladov zodpovednosti štátu za škodu spôsobenú nesprávnym úradným postupom. Dospel k záveru, že navrhovateľ nepreukázal existenciu majetkovej škody, keď v konaní nepredložil ani neoznačil žiaden dôkaz preukazujúci vznik majetkovej škody a škodu vyčíslil paušálne, pričom dôkazné bremeno preukázať vznik a výšku skutočnej škody zaťažovala navrhovateľa. Vo vzťahu k uplatnenému nároku na náhradu nemajetkovej ujmy konštatoval, že nedodržanie zákonnej lehoty automaticky nezakladá nárok na náhradu nemajetkovej ujmy, ale treba prihliadať na okolnosti prípadu, na dopad nesprávneho postupu súdu a následkov, pričom konanie o náhradu škody je konaním súdnym, keď dôkazné bremeno znáša navrhovateľ. Konštatoval, že navrhovateľ ničím nepreukázal svoje tvrdenie, že nezákonným zásahom vyvolaná situácia ovplyvnila jeho ďalšie podnikateľské postupy aktivity, spôsobila neistotu v plánovaní ďalších rozhodnutí, ktoré mohol prijať a spôsobila u členov riadiacich orgánov, ako aj u jej majiteľov pocity frustrácie, úzkosti, nespravodlivosti, neistoty a nedôvery v právo a rovnosť v spoločnosti. Vyjadril názor, že v danej veci by bolo neprimerané a neúčelné, aby bola navrhovateľovi, ktorý v spotrebiteľskej zmluve použil zmluvnú podmienku odporujúcu dobrým rámov, priznaná nemajetková ujma v peniazoch. Mal za to, že nedodržanie zákonnej lehoty na vydanie poverenia v danej veci nemohlo spôsobiť neistotu alebo vznik akejkoľvek škody či nemajetkovej ujmy, pretože za 92 dní nemohlo dôjsť k tak závažnej ujme, ako uviedol navrhovateľ. Vzhľadom na dĺžku času, ktorá ubehla od uplynutia 15-dňovej lehoty na rozhodnutie o žiadosti o udelenie poverenia na vykonanie exekúcie do rozhodnutia súdu a na ostatné okolnosti daného prípadu, uzavrel, že konštatovanie porušenia práva navrhovateľa je dostatočným zadosťučinením pre navrhovateľa. Výrok o zamietnutí návrhu na prerušenie konania až do právoplatného rozhodnutia Ústavného súdu SR o ústavnej sťažnosti pre porušenie práva navrhovateľa na zákonného sudcu a na nestranný súd s poukazom na § 109 ods. 1, písm.b/, ods. 2 písm. c/ O.s.p. odôvodnil tým, že o námietke navrhovateľa o zaujatosti sudcov Okresného súdu Bratislava II bolo rozhodnuté zákonným postupom, a preto neboli dané dôvody na prerušenie konania. O trovách konania rozhodol podľa § 142 ods. 1 O.s.p. a úspešnému odporcovi ich náhradu nepriznal, nakoľko mu v konaní žiadne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došlo k porušeniu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vo veci samej vychádzal a ani k dôkazom, ktoré vykonal a na ktorých založil svoje rozhodnutie.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ignoroval všetky jeho tvrdenia o majetkovej škode, ktorá vznikla z titulu udržiavania a správy informačného systému a titulu výdajov, a že napadnutý rozsudok je v tomto smere nepreskúmateľný. Nesúhlasil ani s tvrdením, že náklady na správu pohľadávky počas nečinnosti súdu zapríčinil dlžník (povinný), keď právnym titulom je v danej veci nesprávny úradný postup exekučného súdu a za ten dlžník nemôže niesť zodpovednosť. Vytýkal súdu prvého stupňa, že v odôvodnení rozhodnutia vôbec nevysvetlil, prečo nekonštatoval, že došlo k porušeniu jeho práva na prerokovanie veci bez zbytočných prieťahov zaručeného článkom 48 ods. 2 Ústavy SR, ako aj práva na prejednania veci v primeranej lehote zaručeného článkom 6 ods. 1 Európskeho dohovoru o ochrane ľudských práv, základných slobôd a práva na rozhodnutie v zákonom stanovenom čase.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Namietal, že rozhodnutie súdu prvého stupňa je vnútorne rozporné, keď napriek tomu, že zistil porušenie práva, nekonštatoval ho a na tejto chybe postavil svoje rozhodnutie o nepriznaní nemajetkovej ujmy; rozhodnutie založené na skutkovej a právnej chybe súdu nie je v právnom štáte udržateľné. Vytýkal súdu prvého stupňa, že v súvislosti s majetkovou ujmou analyzoval okolnosti, ktoré s vecou vôbec nesúvisia a tieto okolnosti vydával za odôvodnenie svojho rozhodnutia, s ktorým odôvodnením nemožno súhlasiť.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Vo vzťahu k výroku o zamietnutí návrhu na prerušenie konania namietal, že konečné meritórne rozhodnutie vo veci súdom (vylúčeným sudcom) neprichádzalo do úvahy z dôvodu, že súd v rovnakom rozhodnutí rozhodol aj o zamietnutí návrhu na prerušenie konania proti ktorému pripustil odvolanie; týmto postupom predbehol vydaním meritórneho rozhodnutia účinky právoplatného rozhodnutia o prerušení konania z dôvodu rozhodovania o otázke nestrannosti sudcu, ktorým porušil jeho práva na súdnu ochranu a možnosť konať pred súdom, a preto je jeho meritórne rozhodnutie predčasné.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preskúmavanej veci postupoval súd prvého stupňa dôsledne podľa § 109 ods. 1 písm. b/, ods. 2 písm. c/ O.s.p. skúmajúc, či sú splnené zákonné predpoklady pre prerušenie konania, pričom dospel k správnemu záveru, že návrh navrhovateľa na prerušenie konania nie je dôvodný, keď podanie ústavnej sťažnosti nie je zákonnou prekážkou v konaní, nakoľko posúdenie porušenia práva navrhovateľa na zákonného sudcu a nestranný súd, na základe ním podanej ústavnej sťažnosti, nie je takou otázkou, vyriešenie ktorej bude mať vplyv na rozhodnutie vo veci samej. Vzhľadom na to, že od posúdenia ústavnej sťažnosti nezávisí rozhodnutie v merite danej veci, nemôže byť dôvodom na prerušenie konania ani tá skutočnosť, že otázku porušenia práva navrhovateľa na nestranný súd nie je vec prejednávajúci súd oprávnený v tomto konaní riešiť. Za stavu, keď bola otázka zákonného sudcu v predmetnej veci právoplatne vyriešená rozhodnutím nadriadeného súdu, ktorým je súd prvého stupňa viazaný, bolo by prerušenie konania, do rozhodnutia o ústavnej sťažnosti navrhovateľa, v rozpore s požiadavkou plynulosti a hospodárnosti konania.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zákona č. 514/2003 Z.z. o zodpovednosti za škodu spôsobenú pri výkone verejnej moci ( 4 ods. 1 písm. a/ bod 1., § 9 ods. 1, 2, § 17 ods. 1,2,3, § 19 ods. 1,2,3, § 27 ods. 1) v spojení § 41 ods. 2 písm. d/, § 44 ods. 2 Exekučného poriadku, ktoré aj správne vyložil v súlade s ustálenou súdnou a výkladovou praxou a svoje úvahy, pre ktoré návrhu navrhovateľa nevyhovel a neprihliadol tak na jeho námietky proti postupu Okresného súdu Bratislava II v exekučnej veci sp. zn. 57Er/956/2009,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súdu prvého stupňa z hľadiska ním uvádzaných tvrdení v podanom odvolaní a uplatňovaných odvolacích dôvodov,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štátu za škodu spôsobenú exekučným súdom v občianskom (exekučnom) súdnom konaní v zmysle zákona č. 514/2003 Z.z., podľa ktorého musia byť súčasné splnenie tri podmienky, a to :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V preskúmavanej veci je správny záver súdu prvého stupňa, že navrhovateľ v konaní nepreukázal vznik škody a nemajetkovej ujmy, keď nepredložil žiadne dôkazy preukazujúce vznik skutočnej škody a samotný paušálny výpočet údajných nákladov spojených s uplatnením práv vyplývajúcich mu z exekučného titulu v predmetnom exekučnom konaní vznik škody; tak ako to správne konštatoval i súd prvého stupňa;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navrhovateľ mal od podania návrhu dostatok času a príležitostí predložiť, prípadne aspoň označiť dôkazy na preukázanie vzniku škody. Odvolací súd sa rovnako stotožnil so záverom prvostupňového súdu, že navrhovateľ v konaní nepreukázal splnenie predpokladov pre priznanie požadovanej náhrady nemajetkovej ujmy, keď nepreukázal žiadne konkrétne okolnosti, resp. následky nesprávneho úradného postupu exekučného súdu, ktoré by jej priznanie umožňovali, resp. odôvodňovali. Námietku navrhovateľa, že mu súd prvého stupňa odňal možnosť konať pred súdom tým, že vec prejednal a vo veci rozhodol na pojednávaní dňa 16.04.2014 v jeho neprítomnosti, odvolací súd považuje za nedôvodnú a účelovú, keďže navrhovateľ, resp. jeho právny zástupca, bol na toto pojednávanie riadne predvolaný, pojednávania sa nezúčastnil a ani nepožiadal z dôležitého dôvodu o jeho odročenie; neodôvodnený návrh navrhovateľa na prerušenie konania v súvislosti s podaním ústavnej sťažnosti na porušenie zásady nestrannosti súdu a sudcu totiž nemožno považovať za dôležitý dôvod na odročenie pojednávania. Za danej procesnej situácie nemožno súdu prvého stupňa vytýkať porušenie § 101 ods. 2 O.s.p. Prejednanie a rozhodnutie veci v neprítomnosti navrhovateľa, resp. jeho právneho zástupcu, nemal v danom konaní za následok odňatie mu možnosti konať pred súdom. Súd prvého stupňa vytvoril navrhovateľovi, resp. jeho právnemu zástupcovi, procesnú možnosť zúčastniť sa na pojednávaní a na ňom realizovať procesné právo účastníka konania na prerokovanie veci v jeho prítomnosti (vyjadriť sa k veci, k výsledkom dokazovania a k vykonaným dôkazom), táto procesná možnosť nebola navrhovateľom využitá. Rovnako nedôvodná je odvolacia námietka navrhovateľa, že vo veci rozhodoval vylúčený sudca, keď o jeho námietke zaujatosti v preskúmavanej veci; uplatnenej v podanom návrhu na začatie konania; už bolo právoplatne rozhodnuté nadriadeným súdom. Pokiaľ súd prvého stupňa rozhodol o (nedôvodne podanom ) návrhu navrhovateľa na prerušenie konania súčasne s rozhodnutím vo veci samej; teda meritórne rozhodol bez vyčkania právoplatného vyriešenia otázky prerušenia konania; nejde o vadu konania, ktorá by mala za následok vecnú nesprávnosť rozhodnutia (§ 212 ods. 3 O.s.p.) a takýmto postupom nebola ani navrhovateľovi znemožnená realizácia jeho procesného práva podať proti rozhodnutiu o zamietnutí návrhu na prerušenie konania riadny opravný prostriedok. So zreteľom na uvedené možno uzavrieť, že súd prvého stupňa správne posúdil a uplatnil zodpovednosť účastníkov konania za splnenie procesnej povinnosti preukázať svoje tvrdenia, jeho záver založený na konštatovaní o neunesení dôkazného bremena navrhovateľom vo vzťahu k preukázaniu ním tvrdenej majetkovej škode a uplatňovanej výške nemajetkovej ujmy, ktorý má oporu vo výsledkoch vykonaného dokazovania, je v súlade s platnou právnou úpravou a postup súdu prvého stupňa, na základe ktorého k tomuto záveru dospel, zodpovedá kontradiktórnosti sporového konania, v rámci ktorého bolo navrhovateľovi umožnené realizáciou jeho procesných práv navrhovať dôkazy na preukázanie jeho tvrdení a nadväzne na uvedenú zásadu konajúci súd zákonným spôsobom vyhodnotil procesnú aktivitu účastníkov konania vo vzťahu k meritu veci. Navrhovateľ sa svojou neúčasťou na súdnom pojednávaní, na ktorom mu bola vytvorená procesná možnosť, aby sa zúčastnil vykonávania dokazovania, navrhoval jeho doplnenie, resp. sa vyjadril k vykonanému dokazovaniu, svojho procesného práva v tomto smere vzdal, resp. si možnosť jeho realizácie sám svojou nečinnosťou zmaril, a preto sa nedôvodne dovoláva odňatia mu možnosti konať pred súdom v súvislosti s porušením zásady kontradiktórnosti súdneho procesu. Súdu prvého stupňa teda nemožno vytknúť žiadne procesné pochybenie a ani pochybenie pri skutkovom a právnom posúdení nároku navrhovateľa na náhradu škody a nemajetkovej ujmy, ktorá mu mala vzniknúť nesprávnym úradným postupom exekučného súdu v konaní vedenom na Okresnom súde Bratislava II pod sp. zn. 57Er/956/2009, pričom ani v odvolaní navrhovateľ neuviedol žiadne nové skutočnosti, ktoré by odôvodňovali odlišné právne posúdenie tejto otázky odvolacím súdom. Pokiaľ navrhovateľ namietal nepreskúmateľnosť rozsudku súdu prvého stupňa, poukazuje odvolací súd na to, že odôvodnenie napadnutého rozsudku obsahuje relevantné a podstatné dôvody, pre ktoré súd prvého stupňa návrh navrhovateľa zamietol, a v rozsahu dostatočne potrebnom, aby proti týmto záverom súdu prvého stupňa mohol navrhovateľ náležite skutkovo, a najmä právne argumentovať, a preto v tejto súvislosti bolo zachované základné právo navrhovateľa na spravodlivý súdny proces a nebola mu ani odňatá možnosť konať pred súdom; napadnutý rozsudok nebol nepreskúmateľný do tej miery, že by ho nebolo možné v odvolacom konaní preskúmať z hľadiska správnosti zaujatých právnych záverov.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(uznesenie Ústavného súdu SR sp.zn. IV. ÚS 115/03).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Z uvedených dôvodov odvolací súd napadnutý rozsudok súdu prvého stupňa v celom rozsahu, vrátane súvisiaceho, odvolacími dôvodmi osobitne nenapadnutého, výroku o náhrade trov konania,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https://www.kauzis.sk/judikatura/r/ECLI:SK:KSBA:2016:1212225029.4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