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8Co/642/2014 z 27. 6. 2016</w:t>
      </w:r>
    </w:p>
    <w:p>
      <w:r>
        <w:t>Rozsudok Krajského súdu Bratislava z 27. júna 2016, sp. zn. 8Co/642/2014, ECLI:SK:KSBA:2016:1212225071.3</w:t>
      </w:r>
    </w:p>
    <w:p>
      <w:r>
        <w:t>Súd: Krajský súd Bratislava</w:t>
      </w:r>
    </w:p>
    <w:p>
      <w:r>
        <w:t>Spisová značka: 8Co/642/2014</w:t>
      </w:r>
    </w:p>
    <w:p>
      <w:r>
        <w:t>ECLI: ECLI:SK:KSBA:2016:1212225071.3</w:t>
      </w:r>
    </w:p>
    <w:p>
      <w:r>
        <w:t>Dátum vydania: 27. 6. 2016</w:t>
      </w:r>
    </w:p>
    <w:p>
      <w:r>
        <w:t>Forma: Rozsudok</w:t>
      </w:r>
    </w:p>
    <w:p>
      <w:r>
        <w:t>Oblasť práva: Občianske právo</w:t>
      </w:r>
    </w:p>
    <w:p>
      <w:pPr>
        <w:pStyle w:val="Heading2"/>
      </w:pPr>
      <w:r>
        <w:t>Text rozhodnutia</w:t>
      </w:r>
    </w:p>
    <w:p>
      <w:r>
        <w:t>Súd: Krajský súd Bratislava Spisová značka: 8Co/642/2014 Identifikačné číslo súdneho spisu: 1212225071 Dátum vydania rozhodnutia: 28. 06. 2016 Meno a priezvisko sudcu, VSÚ: JUDr. Jana Vlčková ECLI: ECLI:SK:KSBA:2016:1212225071.3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14. apríla 2014, č.k. 8C/149/2012-77,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125 eur a nemajetkovej ujmy vo výške 440 eur podľa zák. č. 514/2003 Z.z. o zodpovednosti za škodu spôsobenú pri výkone verejnej moci; súčasne zamietol návrh navrhovateľa na prerušenie konania; a odporcovi náhradu trov konania nepriznal. Vychádzal zo zistenia, že v exekučnej veci .oprávneného navrhovateľa proti povinnému Š. D., vedenej pod sp. zn. 39Er/1312/2009, vydal súd dňa 30.11.2009, na základe žiadosti o udelenie poverenia na vykonanie exekúcie doručenej súdu dňa 24.11.2009, poverenie na vykonanie exekúcie. Ustálený skutkový stav veci posúdil po právnej stránke podľa § 4 ods. 1 písm. a/ bod 1., § 9 ods. 1, 2, § 17 ods. 1,2,3, § 19 ods. 1,2,3, § 27 ods. 1 zákona č. 514/2003 Z.z. o zodpovednosti za škodu spôsobenú pri výkone verejnej moci a § 41 ods. 2 písm. d/, § 44 ods. 2 Exekučného poriadku a dospel k záveru, že navrhovateľ nepreukázal splnenie zákonných predpokladov zodpovednosti štátu za škodu spôsobenú nesprávnym úradným postupom. Po preskúmaní exekučného spisu sp. zn. 39Er/1312/2009 dospel k záveru, že nebol splnený prvý predpoklad zodpovednosti štátu za škodu, keď exekučný súd vydal poverenie na vykonanie exekúcie v 15-dňovej lehote od doručenia žiadosti o udelenie poverenia na vykonanie exekúcie (žiadosť bola súdu doručená dňa 24.11.2009, poverenie súd vydal dňa 30.11.2009), t.j. zo strany exekučného súdu nedošlo k nesprávnemu úradnému postupu. Vzhľadom na to, že nebol splnený prvý predpoklad zodpovednosti štátu za škodu spôsobenú nesprávnym úradným postupom, považoval za bezpredmetné skúmať splnenie ďalších podmienok (existenciu majetkovej škody, resp. nemajetkovej ujmy a príčinnú súvislosť medzi nesprávnym úradným postupom a vzniknutou škodou), potrebných pre priznanie uplatneného nároku na náhradu majetkovej škody a nemajetkovej ujmy. Keďže nebolo preukázané splnenie všetkých zákonných predpokladov zodpovednosti štátu za škodu spôsobenú nesprávnym úradným postupom, návrh ako nedôvodný v celom rozsahu zamietol. Výrok o zamietnutí návrhu na prerušenie konania až do právoplatného rozhodnutia Ústavného súdu SR o ústavnej sťažnosti pre porušenie práva navrhovateľa na zákonného sudcu a na nestranný súd s poukazom na § 109 ods. 1, písm. b/, ods. 2 písm. c/ O.s.p. odôvodnil tým, že sťažnosť navrhovateľa proti uzneseniu Krajského súdu v Bratislave zo dňa 26.10.2012, č. k. 11NcC/223/2012-21 bola uznesením Ústavného súdu Slovenskej republiky zo dňa 20.06.2013, č. k. IV. ÚS 390/2013-11 odmietnutá pre nedostatok právomoci Ústavného súdu Slovenskej republiky na jej prerokovanie a rozhodnutie a neprebieha žiadne konanie, v ktorom by sa riešila otázka, ktorá môže mať význam pre rozhodnutie súdu v tomto konaní. O trovách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Namietal, že vo veci sa neuskutočnilo ústne pojednávanie v situácii, kedy bolo potrebné vo veci vykonať dokazovanie listinami založenými v exekučnom spise a za stavu, keď sa odporca vôbec nevyjadril k podanej žalobe, a teda súd prvého stupňa mu mal umožniť uplatňovať svoje stanoviská k skutkovým, ale aj k právnym otázkam, nastoleným samotným súdom v súvislosti s nesprávnym úradným postupom a výškou spôsobenej škody, a pokiaľ tak neurobil porušil jeho právo na kontradiktórny súdny proces. V tejto súvislosti uviedol, že pokiaľ súd prvého stupňa na základe dokazovania vykonaného ex offo, teda dokazovania, ktorého obsah a rozsah si určil z akéhokoľvek dôvodu sám, zistil, že existuje okolnosť brániaca vydať preňho pozitívne rozhodnutie, mal potom informovať účastníkov konania v spore a umožniť im, aby sa k tomu kontradiktórne vyjadrili.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Namietal, že konečné rozhodnutie neprichádzalo do úvahy aj preto, že súd v rovnakom rozhodnutí rozhodol aj o zamietnutí jeho návrhu na prerušenie konania podľa § 109 ods. 2 písm. c) O.s.p., proti ktorému pripustil odvolanie, a teda meritórne rozhodnutie je predčasné.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preskúmavanej veci postupoval súd prvého stupňa dôsledne podľa § 109 ods. 1 písm. b/, ods. 2 písm. c/ O.s.p. skúmajúc, či sú splnené zákonné predpoklady pre prerušenie konania, pričom dospel k správnemu záveru, že návrh navrhovateľa na prerušenie konania nie je dôvodný, keď podanie ústavnej sťažnosti nie je zákonnou prekážkou v konaní, nakoľko posúdenie porušenia práva navrhovateľa na zákonného sudcu a nestranný súd, na základe ním podanej ústavnej sťažnosti, nie je takou otázkou, vyriešenie ktorej bude mať vplyv na rozhodnutie vo veci samej. Vzhľadom na to, že od posúdenia ústavnej sťažnosti nezávisí rozhodnutie v merite danej veci, nemôže byť dôvodom na prerušenie konania ani tá skutočnosť, že otázku porušenia práva navrhovateľa na nestranný súd nie je vec prejednávajúci súd oprávnený v tomto konaní riešiť. Za stavu, keď bola otázka zákonného sudcu v predmetnej veci právoplatne vyriešená rozhodnutím nadriadeného súdu, ktorým je súd prvého stupňa viazaný, a o navrhovateľom podanej ústavnej sťažnosti už bolo rozhodnuté Ústavným súdom SR tak, že bola pre nedostatok právomoci odmietnutá, neboli dané ani dôvody na prerušenie konania.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(4 ods. 1 písm. a/, § 9 ods. 1, 2, § 17 ods. 1,2, § 19 ods. 1,2,3 § 27 ods. 1) v spojení § 41 ods. 2 písm. d/, § 44 ods. 2 Exekučného poriadku, ktoré aj správne vyložil v súlade s ustálenou súdnou a výkladovou praxou a svoje úvahy, pre ktoré návrhu navrhovateľa nevyhovel a neprihliadol tak na jeho námietky proti postupu Okresného súdu Bratislava II v exekučnej veci pod sp.zn. 39Er/1312/2009,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 exekučnom) súdnom konaní v zmysle zákona č. 514/2003 Z.z., podľa ktorého musia byť súčasné splnenie tri podmienky, a to :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V danej veci je správny záver súdu prvého stupňa, že v preskúmavanom exekučnom konaní pod sp.zn. 39Er/1312/2009 k nesprávnemu úradnému postupu nedošlo v súvislosti s nedodržaním zákonom stanovenej lehoty na rozhodnutie o žiadosti súdneho exekútora na vydanie poverenia na vykonanie exekúcie na základe rozsudku Stáleho rozhodcovského súdu, keď jeho záver, že súd pri rozhodovaní o vydaní poverenia na vykonanie exekúcie dodržal zákonnú 15-dňovú lehotu, keď exekútora poveril vykonaním exekúcie po šiestich dňoch od doručenia žiadosti (nie po 8-ich mesiacoch, ako uvádza žalobca v žalobe),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Keďže zo strany exekučného súdu nedošlo k nesprávnemu úradnému postupu, čím nebol splnený prvý predpoklad zodpovednosti štátu za škodu spôsobenú nesprávnym úradným postupom, správne súd prvého stupňa vyvodil, že je bezpredmetné skúmať splnenie ďalších podmienok (existenciu majetkovej škody, resp. nemajetkovej ujmy a príčinnú súvislosť medzi nesprávnym úradným postupom a vzniknutou škodou), potrebných pre priznanie uplatneného nároku na náhradu majetkovej škody a nemajetkovej ujmy. Námietku navrhovateľa, že mu súd prvého stupňa odňal možnosť konať pred súdom tým, že vec prejednal a vo veci rozhodol na pojednávaní dňa 14.04.2014 v jeho neprítomnosti, odvolací súd považuje za nedôvodnú a účelovú, keďže navrhovateľ, resp. jeho právny zástupca, bol na toto pojednávanie riadne predvolaný, pojednávania sa nezúčastnil a ani nepožiadal z dôležitého dôvodu o jeho odročenie; neodôvodnený návrh navrhovateľa na prerušenie konania v súvislosti s podaním ústavnej sťažnosti na porušenie zásady nestrannosti súdu a sudcu totiž nemožno považovať za dôležitý dôvod na odročenie pojednávania. Za danej procesnej situácie nemožno súdu prvého stupňa vytýkať porušenie § 101 ods. 2 O.s.p.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Pokiaľ súd prvého stupňa rozhodol o (nedôvodne podanom) návrhu navrhovateľa na prerušenie konania súčasne s rozhodnutím vo veci samej; teda meritórne rozhodol bez vyčkania právoplatného vyriešenia otázky prerušenia konania; nejde o vadu konania, ktorá by mala za následok vecnú nesprávnosť rozhodnutia (§ 212 ods. 3 O.s.p.) a takýmto postupom nebola ani navrhovateľovi znemožnená realizácia jeho procesného práva podať proti rozhodnutiu o zamietnutí návrhu na prerušenie konania riadny opravný prostriedok. Súd prvého stupňa vykonal dokazovanie v súlade s dôkazným návrhom navrhovateľa za účelom posúdenia pravdivosti jeho tvrdení uvádzaných v návrhu o tom, že v exekučnom konaní malo dôjsť k nesprávnemu úradnému postupu, a teda nevykonal dokazovanie ex offo/z vlastnej iniciatívy, teda dokazovanie, ktorého obsah a rozsah si bez akéhokoľvek dôvodu určil sám. Neopodstatnená je preto námietka navrhovateľa, že pokiaľ konajúci súd zistil na základe ním vykonaného dokazovania ex offo, že existuje okolnosť brániaca vydať pre neho pozitívne rozhodnutie, mal vo všeobecnosti potom informovať účastníkov konania v spore a umožniť im, aby sa k tomuto kontradiktórne vyjadrili. Za stavu, keď sa navrhovateľ v podanom návrhu domáhal pripojenia exekučných spisov z dôvodu nemožnosti pripojiť listinné dôkazy v ňom obsiahnuté k návrhu na začatie konania , a v odvolaní súdu prvého stupňa takýto postup vytýka, neobstojí jeho námietka, že bola porušená kontradiktórnosť súdneho procesu. So zreteľom na uvedené možno uzavrieť, že súd prvého stupňa správne posúdil a uplatnil zodpovednosť účastníkov konania za splnenie procesnej povinnosti preukázať svoje tvrdenia, jeho záver založený na konštatovaní o nepreukázaní tvrdenom nesprávnom úradnom postupe exekučného súdu , ktorý má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jeho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Súdu prvého stupňa teda nemožno vytknúť žiadne procesné pochybenie a ani pochybenie pri skutkovom a právnom posúdení nároku navrhovateľa na náhradu škody a nemajetkovej ujmy, ktorá mu mala vzniknúť nesprávnym úradným postupom exekučného súdu v exekučnej veci vedenej na Okresnom súde Bratislava II pod sp.zn. 39Er/1312/2009, pričom ani v odvolaní navrhovateľ neuviedol žiadne nové skutočnosti, ktoré by odôvodňovali odlišné právne posúdenie tejto otázky odvolacím súdom.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https://www.kauzis.sk/judikatura/r/ECLI:SK:KSBA:2016:1212225071.3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