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8Co/196/2014 z 25. 1. 2016</w:t>
      </w:r>
    </w:p>
    <w:p>
      <w:r>
        <w:t>Rozsudok Krajského súdu Bratislava z 25. januára 2016, sp. zn. 8Co/196/2014, ECLI:SK:KSBA:2016:1212225145.1</w:t>
      </w:r>
    </w:p>
    <w:p>
      <w:r>
        <w:t>Súd: Krajský súd Bratislava</w:t>
      </w:r>
    </w:p>
    <w:p>
      <w:r>
        <w:t>Spisová značka: 8Co/196/2014</w:t>
      </w:r>
    </w:p>
    <w:p>
      <w:r>
        <w:t>ECLI: ECLI:SK:KSBA:2016:1212225145.1</w:t>
      </w:r>
    </w:p>
    <w:p>
      <w:r>
        <w:t>Dátum vydania: 25. 1. 2016</w:t>
      </w:r>
    </w:p>
    <w:p>
      <w:r>
        <w:t>Forma: Rozsudok</w:t>
      </w:r>
    </w:p>
    <w:p>
      <w:r>
        <w:t>Oblasť práva: Občianske právo</w:t>
      </w:r>
    </w:p>
    <w:p>
      <w:pPr>
        <w:pStyle w:val="Heading2"/>
      </w:pPr>
      <w:r>
        <w:t>Text rozhodnutia</w:t>
      </w:r>
    </w:p>
    <w:p>
      <w:r>
        <w:t>Súd: Krajský súd Bratislava Spisová značka: 8Co/196/2014 Identifikačné číslo súdneho spisu: 1212225145 Dátum vydania rozhodnutia: 26. 01. 2016 Meno a priezvisko sudcu, VSÚ: JUDr. Jana Vlčková ECLI: ECLI:SK:KSBA:2016:1212225145.1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06.decembra 2013, č.k. 52C/203/2012-66,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125 eur a nemajetkovej ujmy vo výške 330 eur podľa zák. č. 514/2003 Z.z. o zodpovednosti za škodu spôsobenú pri výkone verejnej moci; a odporcovi náhradu trov konania nepriznal. Vychádzal zo zistenia, že v exekučnom konaní vedenom na Okresnom súde Bratislava II pod sp. zn. 55Er/847/2010 súdny exekútor na základe exekučného titulu - rozsudku Stáleho rozhodcovského súdu vydaného Slovenskou rozhodcovskou, a.s. dňa 14.01.2010 v prospech navrhovateľa, ako oprávneného, dňa 10.05.2010 požiadal o udelenie poverenia na vykonanie exekúcie, o ktorej žiadosti exekučný súd rozhodol tak, že dňa 13.08.2010 súdneho exekútora poveril vykonaním exekúcie. Takto ustálený skutkový stav veci posúdil po právnej stránke podľa § 4 ods. 1 písm. a/ bod 1., § 9 ods. 1, 2, § 17 ods. 1,2,3, § 19 ods. 1,2,3, § 27 ods. 1 zákona č. 514/2003 Z.z. o zodpovednosti za škodu spôsobenú pri výkone verejnej moci a § 41 ods. 2 písm. d/, § 44 ods. 2 Exekučného poriadku a dospel k záveru, že navrhovateľ nepreukázal splnenie zákonných predpokladov zodpovednosti štátu za škodu spôsobenú nesprávnym úradným postupom. Poukázal na to, že exekučný súd síce pri rozhodovaní o vydaní poverenia na vykonanie exekúcie nedodržal zákonnú 15-dňovú lehotu, keď poveril súdneho exekútora vykonaním exekúcie po 95 dňoch od doručenia žiadosti, dospel však k záveru, že navrhovateľ nepreukázal ďalší z predpokladov vzniku zodpovednosti za škodu, ktorým je existencia majetkovej škody, ktorej vznik oprel len o tvrdenie vzniku administratívnych nákladov, vychádzajúce iba z účtovnej agendy bez toho, aby svoje tvrdenia o vzniku škody preukázal predloženými či označenými dôkazmi. V tejto súvislosti konštatoval, že paušálne vyčíslené administratívne výdavky nie sú skutočnou škodou, a pokiaľ navrhovateľ na preukázanie vzniku skutočnej škody nepredložil v konaní žiaden dôkaz, neuniesol dôkazné bremeno a nepreukázal tak vznik ním tvrdenej škody. Pokiaľ ide o uplatnenú náhradu nemajetkovej ujmy v peniazoch, konštatoval, že ani v tomto smere navrhovateľ neuniesol dôkazné bremeno, keď nedodržanie zákonnej lehoty automaticky nezakladá nárok na náhradu nemajetkovej ujmy, navrhovateľ má povinnosť preukázania nemajetkovej ujmy, pretože okolnosť nedodržania zákonnej lehoty, bez osvedčenia skutočností preukazujúcich dopad nesprávneho úradného postupu, jeho vplyvu, následkov v rôznych oblastiach pôsobenia navrhovateľa, nemá za následok automaticky vznik nároku na nemajetkovú ujmu. Navrhovateľ svoje tvrdenia, že nezákonným zásahom vyvolaná situácia ovplyvnila jeho ďalšie podnikateľské postupy a spôsobila neistotu v plánovaní ďalších rozhodnutí, ktoré mohol prijať, žiadnym spôsobom nekonkretizoval a ničím nepreukázal. Uviedol, že nedodržanie zákonnej lehoty na vydanie poverenia v exekučnej veci nemohlo spôsobiť neistotu alebo vznik akejkoľvek škody či nemajetkovej ujmy a je nepravdepodobné, že by za obdobie, ktoré uplynulo od doručenia žiadosti o udelenie poverenia do vydania poverenia, došlo k tak závažnej ujme, ako tvrdil navrhovateľ v návrhu. Dodal, že je neprípustné, aby navrhovateľ prenášal podnikateľské riziko v podobe zániku alebo insolvencie povinného na súd, pri posudzovaní formy a výšky nemajetkovej ujmy je potrebné zohľadniť aj navrhovateľovu podnikateľskú aktivitu v tom, že poskytuje spotrebiteľské úvery fyzickým osobám s nízkou bonitou, preto mu musí byť jasné, že existuje riziko insolvencie povinného, a že exekučné konanie môže trvať pomerne dlho, čo so sebou nesie vyššie finančné náklady, ako aj psychickú záťaž. Vzhľadom na uvedené uzavrel, že s poukazom na dĺžku času, ktorá uplynula od 15-dňovej lehoty na rozhodnutie o žiadosti o udelenie poverenia na vykonanie exekúcie do rozhodnutia súdu, a na ostatné okolnosti daného prípadu, je dostatočným zadosťučinením pre navrhovateľa konštatovanie porušenia jeho práva. Uviedol, že nemajetkovú ujmu za nedodržanie zákonnej lehoty na vydanie rozhodnutia nemožno porovnávať s nárokom priznaným ústavným súdom za prieťahy v konaní, keď výška nemajetkovej ujmy v peniazoch sa určuje s prihliadnutím najmä na osobu poškodeného, jeho doterajší život a prostredie, v ktorom žije a pracuje, na závažnosť vzniknutej ujmy a na okolnosti, za ktorých k nej došlo, na závažnosť následkov, ktoré vznikli poškodenému v súkromnom živote a na závažnosť následkov, ktoré vznikli poškodenému v spoločenskom uplatnení a líši sa na základe individuálnych daností prípadu, a z toho dôvodu jej výšku nemožno paušalizovať. Uviedol, že v danom prípade nemohol konajúci súd skúmať porušenie ústavného práva na prerokovanie veci bez zbytočných prieťahov. Zároveň dôvodil, že navrhovateľ v konaní nepreukázal ani naplnenie tretieho predpokladu zodpovednosti štátu za škodu, ktorým je existencia príčinnej súvislosti medzi nesprávnym úradným postupom a uplatňovanou majetkovou a nemajetkovou škodou, keď nepreukázal, že v prípade skoršieho rozhodnutia exekučného súdu by došlo k skoršiemu vymoženiu pohľadávky a skončeniu exekučného konania. O trovách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ignoroval všetky jeho tvrdenia o majetkovej škode, ktorá vznikla z titulu udržiavania a správy informačného systému a titulu výdajov, a že napadnutý rozsudok je v tomto smere nepreskúmateľný. Nesúhlasil ani s tvrdením, že náklady na správu pohľadávky počas nečinnosti súdu zapríčinil dlžník (povinný), keď právnym titulom je v danej veci nesprávny úradný postup exekučného súdu a za ten dlžník nemôže niesť zodpovednosť. Vytýkal súdu prvého stupňa, že v odôvodnení rozhodnutia vôbec nevysvetlil, prečo nekonštatoval, že došlo k porušeniu jeho práva na prerokovanie veci bez zbytočných prieťahov zaručeného článkom 48 ods. 2 Ústavy SR, ako aj práva na prejednania veci v primeranej lehote zaručeného článkom 6 ods. 1 Európskeho dohovoru o ochrane ľudských práv, základných slobôd a práva na rozhodnutie v zákonom stanovenom čase.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Namietal, že rozhodnutie súdu prvého stupňa je vnútorne rozporné, keď napriek tomu, že zistil porušenie práva, nekonštatoval ho a na tejto chybe postavil svoje rozhodnutie o nepriznaní nemajetkovej ujmy; rozhodnutie založené na skutkovej a právnej chybe súdu nie je v právnom štáte udržateľné. Vytýkal súdu prvého stupňa, že v súvislosti s majetkovou ujmou analyzoval okolnosti, ktoré s vecou vôbec nesúvisia a tieto okolnosti vydával za odôvodnenie svojho rozhodnutia, s ktorým odôvodnením nemožno súhlasiť.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(4 ods. 1 písm. a/ bod 1., § 9 ods. 1, 2, § 17 ods. 1,2,3, § 19 ods. 1,2,3, § 27 ods. 1) v spojení § 41 ods. 2 písm. d/, § 44 ods. 2 Exekučného poriadku, ktoré aj správne vyložil v súlade s ustálenou súdnou a výkladovou praxou a svoje úvahy, pre ktoré návrhu navrhovateľa nevyhovel a neprihliadol tak na jeho námietky proti postupu Okresného súdu Bratislava II v exekučnej veci sp. zn. 55Er/847/2010,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V preskúmavanej veci je správny záver súdu prvého stupňa, že navrhovateľ v konaní nepreukázal vznik škody a nemajetkovej ujmy, keď nepredložil žiadne dôkazy preukazujúce vznik skutočnej škody a samotný paušálny výpočet údajných nákladov spojených s uplatnením práv vyplývajúcich mu z exekučného titulu v predmetnom exekučnom konaní vznik škody; tak ako to správne konštatoval i súd prvého stupňa;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navrhovateľ mal od podania návrhu dostatok času a príležitostí predložiť, prípadne aspoň označiť dôkazy, na preukázanie vzniku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o žiadosti súdneho exekútora o vydanie poverenia na vykonanie exekúcie rozhodol skôr.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Námietku navrhovateľa, že mu súd prvého stupňa odňal možnosť konať pred súdom tým, že vec prejednal a vo veci rozhodol na pojednávaní dňa 06.12.2013 v jeho neprítomnosti, odvolací súd považuje za nedôvodnú a účelovú, keďže navrhovateľ, resp. jeho právny zástupca, bol na toto pojednávanie riadne predvolaný, pojednávania sa nezúčastnil a ani nepožiadal z dôležitého dôvodu o jeho odročenie, a teda boli splnené všetky zákonné predpoklady (§ 101 ods. 2 O.s.p.) na prejednanie a rozhodnutie veci v jeho neprítomnosti. Nedôvodná je tiež odvolacia námietka navrhovateľa, že vo veci rozhodoval vylúčený sudca, keď o jeho námietke zaujatosti v preskúmavanej veci; uplatnenej v podanom návrhu na začatie konania; už bolo právoplatne rozhodnuté nadriadeným súdom.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dostatočnú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svojich tvrdení a nadväzne na uvedenú zásadu konajúci súd zákonným spôsobom vyhodnotil procesnú aktivitu účastníkov konania vo vzťahu k meritu veci. Navrhovateľ sa svojou neúčasťou na súdnom pojednávaní, na ktorom mu bola vytvorená procesná možnosť, aby sa zúčastnil vykonávania dokazovania, navrhoval jeho doplnenie, resp. sa vyjadril k vykonanému dokazovaniu, svojho procesného práva v tomto smere vzdal, resp. si možnosť jeho realizácie sám svojou nečinnosťou zmaril, a preto sa nedôvodne dovoláva odňatia mu možnosti konať pred súdom v súvislosti s porušením zásady kontradiktórnosti súdneho procesu. Súdu prvého stupňa teda nemožno vytknúť žiadne procesné pochybenie a ani pochybenie pri skutkovom a právnom posúdení nároku navrhovateľa na náhradu škody a nemajetkovej ujmy, ktorá mu mala vzniknúť nesprávnym úradným postupom exekučného súdu v konaní vedenom na Okresnom súde Bratislava II pod sp. zn. 55Er/847/2010,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https://www.kauzis.sk/judikatura/r/ECLI:SK:KSBA:2016:1212225145.1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