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3Cob/282/2015 z 30. 3. 2016</w:t>
      </w:r>
    </w:p>
    <w:p>
      <w:r>
        <w:t>Uznesenie Krajského súdu Bratislava z 30. marca 2016, sp. zn. 3Cob/282/2015, ECLI:SK:KSBA:2016:1212228804.2</w:t>
      </w:r>
    </w:p>
    <w:p>
      <w:r>
        <w:t>Súd: Krajský súd Bratislava</w:t>
      </w:r>
    </w:p>
    <w:p>
      <w:r>
        <w:t>Spisová značka: 3Cob/282/2015</w:t>
      </w:r>
    </w:p>
    <w:p>
      <w:r>
        <w:t>ECLI: ECLI:SK:KSBA:2016:1212228804.2</w:t>
      </w:r>
    </w:p>
    <w:p>
      <w:r>
        <w:t>Dátum vydania: 30. 3. 2016</w:t>
      </w:r>
    </w:p>
    <w:p>
      <w:r>
        <w:t>Forma: Uznesenie</w:t>
      </w:r>
    </w:p>
    <w:p>
      <w:r>
        <w:t>Oblasť práva: Obchodné právo</w:t>
      </w:r>
    </w:p>
    <w:p>
      <w:pPr>
        <w:pStyle w:val="Heading2"/>
      </w:pPr>
      <w:r>
        <w:t>Text rozhodnutia</w:t>
      </w:r>
    </w:p>
    <w:p>
      <w:r>
        <w:t>Súd: Krajský súd Bratislava Spisová značka: 3Cob/282/2015 Identifikačné číslo súdneho spisu: 1212228804 Dátum vydania rozhodnutia: 31. 03. 2016 Meno a priezvisko sudcu, VSÚ: Mgr. Štefan Zelenák ECLI: ECLI:SK:KSBA:2016:1212228804.2 Uznesenie Krajský súd v Bratislave, v právnej veci žalobcu Agro House, s.r.o., Záhradnícka 36, Bratislava, IČO: 36 861 235, práv. zast. ACCEPTUM, s.r.o., Záhradnícka 36, Bratislava, IČO: 36 863 459, proti žalovanému JP Invest, s.r.o., Mliekarenská 13, Bratislava, IČO: 36 366 331, o zaplatenie 200.159,33 EUR s príslušenstvom a o odvolaní žalobcu proti uzneseniu Okresného súdu Bratislava II č.k. 26Cb/224/2012-41 zo dňa 4.2.2013 jednohlasne, takto r o z h o d o l : Krajský súd v Bratislave uznesenie Okresného súdu Bratislava II č.k. 26Cb/224/2012-41 zo dňa 4.2.2013 p o t v r d z u j e . Odporcovi náhradu trov odvolacieho konania nepriznáva. o d ô v o d n e n i e : Napadnutým uznesením súd prvého stupňa zastavil konanie o žalobe, ktorou sa žalobca domáhal zaplatenia sumy 200.159,33EUR s príslušenstvom od žalovaného a žiadnemu z účastníkov nepriznal právo na náhradu trov konania. Svoje rozhodnutie odôvodnil ust. § 10 zákona č. 71/1992 Zb. o súdnych poplatkoch a tým, že súdny poplatok za žalobu nebol uhradený, napriek tomu, že žalobca bol na zaplatenie súdneho poplatku vyzvaný a bol o následkoch nezaplatenia súdneho poplatku poučený. O trovách konania súd rozhodol podľa § 146 ods. 1 písm. c) O.s.p. Proti uzneseniu sa v zákonnej lehote odvolal žalobca, ktorý uviedol, že pred vydaním napadnutého uznesenia požiadal žalobca podaním zo dňa 26.2.2013 súd o priznanie oslobodenia od platenia súdnych poplatkov. O tomto návrhu nebolo rozhodnuté. Krajský súd v Bratislave prejednal vec podľa ustanovenia § 212 ods. 1 O.s.p. bez nariadenia pojednávania ( § 214 ods. 2 O.s.p.) a dospel k záveru, že odvolanie navrhovateľa nie je dôvodné. Podľa § 1 ods. 1 zákona č. 71/1992 Zb. o súdnych poplatkoch v znení neskorších predpisov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citovaného zákona poplatníkom je navrhovateľ poplatkového úkonu, ak je podľa sadzobníka ustanovený poplatok z návrhu. Podľa § 5 ods. 1 písm. a) citovaného zákona poplatková povinnosť vzniká podaním návrhu, odvolania a dovolania alebo žiadosti na vykonania poplatkového úkonu, ak je poplatníkom navrhovateľ, odvolateľ a dovolateľ. Podľa § 6 ods. 1 citovaného zákona sadzba poplatku je uvedená v sadzobníku percentom zo základu poplatku alebo pevnou sumou. Podľa § 10 ods. 1 citovaného zákona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Uznesením konajúceho súdu č.k. 26Cb/224/2012-62 zo dňa 19.1.2015 v znení opravného uznesenia č.k. 26Cb/224/2012-73 nebolo žalobcovi priznané oslobodenie od platenia súdnych poplatkov. Proti uzneseniu o nepriznaní oslobodenia od platenia súdnych poplatkov žalobca odvolanie nepodal. V danom prípade bolo o nepriznaní oslobodenia od platenia súdnych poplatkov právoplatne rozhodnuté a žalobca do dnešného dňa súdny poplatok za žalobu nezaplatil a preto podľa názoru odvolacieho súdu je napadnuté uznesenie v súlade s cit. ust. zákona vecne správne. Odvolací súd preto z vyššie uvedených dôvodov uznesenie súdu prvého stupňa ako vecne správne podľa § 219 ods. 1 O.s.p. potvrdil. O trovách odvolacieho konania rozhodol odvolací súd podľa § 224 ods. 1 v spojení s § 142 ods. 1 O.s.p. a v odvolacom konaní úspešnému odporcovi náhradu trov odvolacieho konania nepriznal z dôvodu, že mu žiadne nevznikli. Poučenie: Proti tomuto uzneseniu odvolanie nie je prípustné.</w:t>
      </w:r>
    </w:p>
    <w:p/>
    <w:p>
      <w:r>
        <w:t>Zdroj: KAUZIS.SK – https://www.kauzis.sk/judikatura/r/ECLI:SK:KSBA:2016:1212228804.2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