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6S/208/2013 z 14. 6. 2016</w:t>
      </w:r>
    </w:p>
    <w:p>
      <w:r>
        <w:t>Uznesenie Krajského súdu Bratislava z 14. júna 2016, sp. zn. 6S/208/2013, ECLI:SK:KSBA:2016:1213216009.1</w:t>
      </w:r>
    </w:p>
    <w:p>
      <w:r>
        <w:t>Súd: Krajský súd Bratislava</w:t>
      </w:r>
    </w:p>
    <w:p>
      <w:r>
        <w:t>Spisová značka: 6S/208/2013</w:t>
      </w:r>
    </w:p>
    <w:p>
      <w:r>
        <w:t>ECLI: ECLI:SK:KSBA:2016:1213216009.1</w:t>
      </w:r>
    </w:p>
    <w:p>
      <w:r>
        <w:t>Dátum vydania: 14.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6S/208/2013 Identifikačné číslo súdneho spisu: 1213216009 Dátum vydania rozhodnutia: 15. 06. 2016 Meno a priezvisko sudcu, VSÚ: JUDr. Vlastimil Pavlikovský ECLI: ECLI:SK:KSBA:2016:1213216009.1 Uznesenie Krajský súd v Bratislave v právnej veci žalobcu: V. Ď., Z. I. XXX, XXX XX I., proti žalovanému: Okresný úrad Nitra, odbor opravných prostriedkov, referát vnútorných vecí, so sídlom Štefánikova trieda 69, 949 01 Nitra, v konaní o preskúmanie zákonnosti rozhodnutia žalovaného č. SVS-OP1-2013/009768/TMM zo dňa 15.4.2013, jednohlasne, takto r o z h o d o l : Krajský súd v Bratislave konanie z a s t a v u j e . Žiaden z účastníkov nemá právo na náhradu trov konania. o d ô v o d n e n i e : Žalobou podanou dňa 29.4.2013 Okresnému súdu Topoľčany a uznesením Okresného súdu Bratislava II č.k. 46S/2/2013-22 zo dňa 9.8.2013 postúpenou na Krajský súd v Bratislave sa žalobca domáhal preskúmania zákonnosti rozhodnutia žalovaného č. SVS-OP1-2013/009768/TMM zo dňa 15.4.2013, nakoľko nesúhlasil s odôvodnením tohto rozhodnutia. Rozhodnutím č. SVS-OP1-2013/009768/TMM zo dňa 15.4.2013 žalovaný potvrdil rozhodnutie bývalého Obvodného úradu Topoľčany č. ObU-TO- OVVS-2013/00456-4JA zo dňa 4.2.2013, ktorým bol žalobca uznaný vinným zo spáchania priestupku proti občianskemu spolunažívaniu podľa § 49 ods. 1 písm. d) zákona č. 372/1990 Zb. o priestupkoch, ktorého sa dopustil úmyselným narušením občianskeho spolunažívania iným hrubým správaním a drobným ublížením na zdraví voči svoje manželke. Výzvou zo dňa 22.3.2016 doručenou žalobcovi dňa 1.4.2016, bol žalobca vyzvaný na zaplatenie súdneho poplatku vo výške 35,- € podľa položky 10 písm. b) sadzobníka súdnych poplatkov v platnom znení v lehote 10 dní odo dňa doručenia výzvy. Zároveň bol žalobca poučený o tom, že ak poplatok nebude zaplatený v určenej lehote, konanie sa v zmysle ustanovenia § 10 ods. 1 zákona č. 71/1992 Zb. o súdnych poplatkoch zastaví. Podľa § 1 ods. 1 zákona č. 71/1992 Zb. o súdnych poplatkoch, súdne poplatky (ďalej len "poplatky") sa vyberajú za jednotlivé úkony alebo konanie súdov, ak sa vykonávajú na návrh a za úkony orgánov štátnej správy súdov a prokuratúry (ďalej len "poplatkový úkon") uvedené v sadzobníku súdnych poplatkov a poplatku za výpis z registra trestov (ďalej len "sadzobník"), ktorý tvorí prílohu tohto zákona. Podľa § 5 ods. 1 písm. a) zákona č. 71/1992 Zb. o súdnych poplatkoch, poplatková povinnosť vzniká podaním návrhu, odvolania a dovolania alebo žiadosti na vykonanie poplatkového úkonu, ak je poplatníkom navrhovateľ, odvolateľ a dovolateľ. Podľa § 8 ods. 1 zákona č. 71/1992 Zb. o súdnych poplatkoch v platnom znení ku dňu podania žaloby, poplatok za podanie návrhu alebo žiadosti, poplatok za uplatnenie námietky zaujatosti v konkurznom konaní alebo reštrukturalizačnom konaní podľa osobitného predpisu a poplatok za konanie o dedičstve, je splatný vznikom poplatkovej povinnosti. Podľa § 10 ods. 1 zákona č. 71/1992 Zb. o súdnych poplatkoch,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poučený. Nakoľko žalobca súdny poplatok za žalobu nezaplatil a táto skutočnosť bráni vecnému vybaveniu žaloby, súd podľa § 10 ods. 1 zákona č. 71/1992 Zb. o súdnych poplatkoch konanie pre nezaplatenie súdneho poplatku zastavil.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 Prvostupňový súd zruší uznesenie o zastavení konania pre nezaplatenie súdneho poplatku, ak poplatník zaplatí súdny poplatok do konca lehoty na podanie odvolania. (§ 10 ods. 3 zákona č. 71/1992 Zb. o súdnych poplatkoch)</w:t>
      </w:r>
    </w:p>
    <w:p/>
    <w:p>
      <w:r>
        <w:t>Zdroj: KAUZIS.SK – https://www.kauzis.sk/judikatura/r/ECLI:SK:KSBA:2016:1213216009.1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