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4Co/140/2015 z 30. 3. 2016</w:t>
      </w:r>
    </w:p>
    <w:p>
      <w:r>
        <w:t>Uznesenie Krajského súdu Bratislava z 30. marca 2016, sp. zn. 4Co/140/2015, ECLI:SK:KSBA:2016:1213226917.1</w:t>
      </w:r>
    </w:p>
    <w:p>
      <w:r>
        <w:t>Súd: Krajský súd Bratislava</w:t>
      </w:r>
    </w:p>
    <w:p>
      <w:r>
        <w:t>Spisová značka: 4Co/140/2015</w:t>
      </w:r>
    </w:p>
    <w:p>
      <w:r>
        <w:t>ECLI: ECLI:SK:KSBA:2016:1213226917.1</w:t>
      </w:r>
    </w:p>
    <w:p>
      <w:r>
        <w:t>Dátum vydania: 30. 3. 2016</w:t>
      </w:r>
    </w:p>
    <w:p>
      <w:r>
        <w:t>Forma: Uznesenie</w:t>
      </w:r>
    </w:p>
    <w:p>
      <w:pPr>
        <w:pStyle w:val="Heading2"/>
      </w:pPr>
      <w:r>
        <w:t>Text rozhodnutia</w:t>
      </w:r>
    </w:p>
    <w:p>
      <w:r>
        <w:t>Súd: Krajský súd Bratislava Spisová značka: 4Co/140/2015 Identifikačné číslo súdneho spisu: 1213226917 Dátum vydania rozhodnutia: 31. 03. 2016 Meno a priezvisko sudcu, VSÚ: JUDr. Valéria Kleinová ECLI: ECLI:SK:KSBA:2016:1213226917.1 Uznesenie Krajský súd v Bratislave v právnej veci navrhovateľa: U.. F. F., bytom I. XX, F., nar. XX.XX.XXXX proti odporcom: 1/ U.. P. Š., sudkyňa Okresného súdu Pezinok, M.R. Štefánika 40, Pezinok, 2/ Okresný súd Pezinok, M.R. Štefánika 40, Pezinok o zaplatenie 1,-€, na odvolanie navrhovateľa proti rozsudku Okresného súdu Bratislava II zo dňa 29. októbra 2014 č.k. 9C 238/2013-139 takto r o z h o d o l : Odvolací súd odvolacie konanie z a s t a v u j e. Odporcom 1/ a 2/ náhradu trov odvolacieho konania n e p r i z n á v a. o d ô v o d n e n i e : Napadnutým rozsudkom súd prvého stupňa zamietol žalobu (návrh) navrhovateľa, ktorý sa svojim návrhom domáhal zaplatenia sumy 1,-€ v zmysle ustanovenia § 13 ods. 2 Občianskeho zákonníka. titulom nemajetkovej ujmy s odôvodnením, že sudkyňa Okresného súdu Pezinok, odporkyňa 1/ vydala rozhodnutia pod sp.zn. 6C/36/2010 a 6C/75/2010 zo dňa 29.11.2010, v ktorých mu nepriznala oslobodenie od súdneho poplatku, čím podľa neho išla nad rozsah zákona, keď v danom prípade použila domnienky, čo jej zákon neumožňuje. Navrhovateľovi uložil povinnosť zaplatiť odporkyni 1/ náhradu trov konania v sume 160,06 € a odporcovi 2/ náhradu trov konania v sume 13,-€ do troch dní od právoplatnosti tohto rozsudku. Proti tomuto rozsudku podal v zákonnej lehote odvolanie navrhovateľ v časti týkajúcej sa trov konania s tým, že vo veci samej nepodáva odvolanie, aj keď súd prvého stupňa nerozhodol v intenciách rozhodnutia krajského súdu bez bližšieho odôvodnenia a odvolacieho petitu. Súd prvého stupňa vyzval navrhovateľa uznesením zo dňa 8. januára 2015 č.k. 9C 238/2013-143 na odstránenie vád jeho odvolania s poučením o následkoch nesplnenie si tejto povinnosti . Navrhovateľ svojim podaním zo dňa 5.3.2015 vzal svoje odvolanie späť a žiadal odvolacie konanie zastaviť. Podľa § 207 ods. 2 O.s.p., dokiaľ o odvolaní nebolo rozhodnuté, možno ho vziať späť. Ak niekto vzal odvolanie späť, nemôže ho podať znova. Podľa § 207 ods. 3 O.s.p., ak sa odvolanie, o ktorom nebolo rozhodnuté, vzalo späť, odvolací súd odvolacie konanie zastaví. Späťvzatie odvolania je dispozitívnym úkonom, ktorým účastník stráca právo opätovne podať odvolanie. Na účinné späťvzatie odvolania, sa nevyžaduje ani súhlas druhého účastníka, ani súhlas súdu. K späťvzatiu odvolania môže dôjsť až do okamihu, kým súd o podanom odvolaní nerozhodne. Po späťvzatí odvolania, odvolací súd rozhoduje už len o zastavení odvolacieho konania. Vzhľadom k tomu, že v danej veci navrhovateľ vzal späť svoje odvolanie skôr, než o ňom rozhodol odvolací súd, v dôsledku čoho zanikol predmet odvolacieho konania, odvolací súd odvolacie konanie zastavil (§ 207 ods. 3 O.s.p.). Keďže z procesného hľadiska zastavenie odvolacieho konania zavinil navrhovateľ, analogicky prináleží právo na náhradu trov odvolacieho konania odporcom, ktorým však v odvolacom konaní trovy nevznikli, preto im náhrad odvolací súd nepriznal (§ 224 ods. 1 v spojení s § 146 ods. 2 veta prvá O.s.p.). Toto rozhodnutie bolo prijaté senátom Krajského súdu v Bratislave pomerom hlasov 3:0. Poučenie: Toto uznesenie nemožno napadnúť odvolaním.</w:t>
      </w:r>
    </w:p>
    <w:p/>
    <w:p>
      <w:r>
        <w:t>Zdroj: KAUZIS.SK – https://www.kauzis.sk/judikatura/r/ECLI:SK:KSBA:2016:1213226917.1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