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5Co/339/2016 z 29. 8. 2016</w:t>
      </w:r>
    </w:p>
    <w:p>
      <w:r>
        <w:t>Uznesenie Krajského súdu Bratislava z 29. augusta 2016, sp. zn. 5Co/339/2016, ECLI:SK:KSBA:2016:1213227381.6</w:t>
      </w:r>
    </w:p>
    <w:p>
      <w:r>
        <w:t>Súd: Krajský súd Bratislava</w:t>
      </w:r>
    </w:p>
    <w:p>
      <w:r>
        <w:t>Spisová značka: 5Co/339/2016</w:t>
      </w:r>
    </w:p>
    <w:p>
      <w:r>
        <w:t>ECLI: ECLI:SK:KSBA:2016:1213227381.6</w:t>
      </w:r>
    </w:p>
    <w:p>
      <w:r>
        <w:t>Dátum vydania: 29.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5Co/339/2016 Identifikačné číslo súdneho spisu: 1213227381 Dátum vydania rozhodnutia: 30. 08. 2016 Meno a priezvisko sudcu, VSÚ: JUDr. Juraj Považan ECLI: ECLI:SK:KSBA:2016:1213227381.6 Uznesenie Krajský súd v Bratislave v senáte zloženom z predsedu senátu JUDr. Juraja Považana a členov senátu JUDr. Janky Richterovej a JUDr. Milana Chalupku, v právnej veci žalobkyne: O. B., D.. XX.XX.XXXX, R. W. XX.X.XXXX, naposledy bytom N., proti žalovanému: Hlavné mesto Slovenskej republiky Bratislava, o nariadenie neodkladného opatrenia, na odvolanie žalobkyne proti uzneseniu Okresného súdu Bratislava II zo dňa 11. novembra 2013 č.k. 17C/241/2013-86 takto r o z h o d o l : Odvolací súd napadnuté uznesenie súdu prvej inštancie z r u š u j e a konanie z a s t a v u j e . o d ô v o d n e n i e : 1/ Napadnutým uznesením súd prvej inštancie uložil žalobkyni zaplatiť súdny poplatok za návrh na vydanie predbežného opatrenia. 2/ Proti tomuto uzneseniu podala včas odvolanie žalobkyňa, domáhajúc sa jeho odpustenia vzhľadom na jej osobné pomery ako starobnej dôchodkyne. 3/ V priebehu odvolacieho konania žalobkyňa dňa 10.1.2014 zomrela bez právnych nástupcov; dedičské konanie po žalobkyni bolo zastavené pre zanechanie majetku len nepatrnej hodnoty (uznesenie konajúceho súdu zo dňa 14. apríla2014 sp. zn. 46D/63/2014). 4/ Odvolací súd berúc do úvahy, že nebohá žalobkyňa zomrela bez právnych nástupcov, s ktorými by bolo možné v konaní o uloženej poplatkovej povinnosti ďalej konať, zrušil napadnuté uznesenie súdu prvej inštancie a poplatkové konanie zastavil (§ 389 ods. 1 písm. 2 CSP, v spojení s § 470 ods. 2 CSP a § 63 ods. 1 CSP) 5/ Toto rozhodnutie senátu odvolacieho súdu bolo prijaté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https://www.kauzis.sk/judikatura/r/ECLI:SK:KSBA:2016:1213227381.6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