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7CoPr/13/2015 z 28. 2. 2016</w:t>
      </w:r>
    </w:p>
    <w:p>
      <w:r>
        <w:t>Uznesenie Krajského súdu Bratislava z 28. februára 2016, sp. zn. 7CoPr/13/2015, ECLI:SK:KSBA:2016:1213229010.2</w:t>
      </w:r>
    </w:p>
    <w:p>
      <w:r>
        <w:t>Súd: Krajský súd Bratislava</w:t>
      </w:r>
    </w:p>
    <w:p>
      <w:r>
        <w:t>Spisová značka: 7CoPr/13/2015</w:t>
      </w:r>
    </w:p>
    <w:p>
      <w:r>
        <w:t>ECLI: ECLI:SK:KSBA:2016:1213229010.2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7CoPr/13/2015 Identifikačné číslo súdneho spisu: 1213229010 Dátum vydania rozhodnutia: 29. 02. 2016 Meno a priezvisko sudcu, VSÚ: JUDr. Blanka Podmajerská ECLI: ECLI:SK:KSBA:2016:1213229010.2 Uznesenie Krajský súd v Bratislave v právnej veci navrhovateľa: Š. Z., H.. XX.X.XXXX, C. C. X, XXX XX C., št. občan SR, zastúpeného: JUDr. Barbora Roštárová, advokát, mediátor, Radničné nám. 1, 902 01 Pezinok, proti odporcovi: SPP - Distribúcia, a.s., so sídlom Mlynské nivy 44/b, 825 11 Bratislava, IČO: 35 910 739, zastúpeného: SOUKENÍK - ŠTRPKA, s.r.o., Šoltésovej 14, 811 08 Bratislava, IČO: 36 862 711, o určenie neplatnosti skončenia pracovného pomeru, o späťvzatí odvolania odporcu proti rozsudku Okresného súdu Bratislava II, zo dňa 14.1.2015, č.k. 8 Cpr 6/2013-156 v spojení s opravným uznesením Okresného súdu Bratislava II zo dňa 24.8.2015, č.k. 8 Cpr 6/2013-179, jednohlasne (pomerom hlasov 3:0), takto r o z h o d o l : Odvolacie konanie s a z a s t a v u j e. Navrhovateľovi sa priznáva náhrada trov odvolacieho konania vo výške 72,92 eur, titulom trov právneho zastúpenia, ktorú je odporca povinný zaplatiť k rukám právnej zástupkyne navrhovateľa JUDr. Barbory Roštárovej, advokátky so sídlom Radničné nám. č. 1, Pezinok, do troch dní od právoplatnosti tohto uznesenia. o d ô v o d n e n i e : Napadnutým rozsudkom súd prvého stupňa určil, že skončenie pracovného pomeru výpoveďou zo dňa 10.4.2013 doručenou dňa 13.5.2013 je neplatné a pracovný pomer medzi navrhovateľom a odporcom stále trvá. Odporcu zaviazal zaplatiť navrhovateľovi náhradu trov konania vo výške 334,61 eur a na účet Okresného súdu Bratislava II súdny poplatok vo výške 99,50 eur, do troch dní od právoplatnosti rozsudku. Proti tomuto rozsudku podal v celom rozsahu v zákonnej lehote odvolanie odporca navrhujúc, aby odvolací súd v zmysle ust. § 220 zák.č. 99/1963 Zb. v platnom znení (ďalej „O.s.p.“) napadnutý rozsudok zmenil, žalobu o určenie neplatnosti skončenia pracovného pomeru v celom rozsahu zamietol a navrhovateľa zaviazal v lehote troch dní od právoplatnosti rozsudku zaplatiť odporcovi náhradu trov konania k rukám jeho právnej zástupkyne a súčasne ho zaviazal na zaplatenie súdneho poplatku vo výške 99,50 eur, na účet Okresného súdu Bratislava II. K odvolaniu odporcu sa vyjadril navrhovateľ navrhujúc, aby odvolací súd napadnutý rozsudok pre jeho vecnú správnosť potvrdil a odporcu zaviazal na náhradu trov odvolacieho konania navrhovateľa, pozostávajúcich z trov právneho zastúpenia za podané vyjadrenie k odvolaniu odporcu vo výške 72,92 eur. V priebehu odvolacieho konania zobral odporca v písomnom podaní zo dňa 19.2.2016 odvolanie podané proti rozsudku Okresného súdu Bratislava II zo dňa 14.1.2015, č.k. 8 Cpr/6/2013 v celom rozsahu späť a žiadal, aby odvolací súd rozhodol podľa § 207 ods. 3 O.s.p. a odvolacie konanie zastavil. Podľa § 207 ods. 2 veta prvá O.s.p. dokiaľ o odvolaní nebolo rozhodnuté, možno ho vziať späť. Podľa § 207 ods. 3 O.s.p. ak sa odvolanie, o ktorom nebolo rozhodnuté, vzalo späť, odvolací súd odvolacie konanie zastaví. Podľa § 222 ods. 1 O.s.p.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Odvolací súd v súlade s citovanými zákonnými ustanoveniami a dispozičným prejavom odporcu, ktorý svoje odvolanie vzal späť, odvolacie konanie podľa § 207 ods. 3 O.s.p. zastavil. O náhrade trov odvolacieho konania rozhodol podľa zásady zavinenia vyjadrenej v ust. § 146 ods. 2 veta prvá O.s.p. v spojení § 224 ods. 1 O.s.p. a § 151 ods. 1 O.s.p.. Z procesného hľadiska zastavenie odvolacieho konania späťvzatím odvolania zavinil odporca, na základe čoho vzniklo navrhovateľovi právo na náhradu trov konania, spočívajúceho v 1 úkone právne služby, za podanie vyjadrenia k odvolaniu zo dňa 25.5.2015, v zmysle ust. § 13a ods. 1 písm. c/ vyhl. č. 655/2004 Z.z. pri odmene za úkon á 64,53 eur, podľa § 11 ods. 1 vyhl. č. 655/2004 Z.z., paušálnej náhrade vo výške 8,39 euro (rok 2015) podľa § 16 ods. 3 vyhl. č. 655/2004 Z.z., ktorú sumu ako náhradu trov odvolacieho konania zaplatí odporca advokátke navrhovateľa podľa § 149 ods. 1 O.s.p.. Poučenie: Proti tomuto uzneseniu nie je odvolanie prípustné.</w:t>
      </w:r>
    </w:p>
    <w:p/>
    <w:p>
      <w:r>
        <w:t>Zdroj: KAUZIS.SK – https://www.kauzis.sk/judikatura/r/ECLI:SK:KSBA:2016:1213229010.2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