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14Co/496/2014 z 20. 11. 2016</w:t>
      </w:r>
    </w:p>
    <w:p>
      <w:r>
        <w:t>Uznesenie Krajského súdu Bratislava z 20. novembra 2016, sp. zn. 14Co/496/2014, ECLI:SK:KSBA:2016:1213229155.2</w:t>
      </w:r>
    </w:p>
    <w:p>
      <w:r>
        <w:t>Súd: Krajský súd Bratislava</w:t>
      </w:r>
    </w:p>
    <w:p>
      <w:r>
        <w:t>Spisová značka: 14Co/496/2014</w:t>
      </w:r>
    </w:p>
    <w:p>
      <w:r>
        <w:t>ECLI: ECLI:SK:KSBA:2016:1213229155.2</w:t>
      </w:r>
    </w:p>
    <w:p>
      <w:r>
        <w:t>Dátum vydania: 20. 11.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14Co/496/2014 Identifikačné číslo súdneho spisu: 1213229155 Dátum vydania rozhodnutia: 21. 11. 2016 Meno a priezvisko sudcu, VSÚ: JUDr. Katarína Javorčíková ECLI: ECLI:SK:KSBA:2016:1213229155.2 Uznesenie Krajský súd v Bratislave v senáte zloženom z predsedníčky senátu JUDr. Kataríny Javorčíkovej a sudcov Mgr. Barbory Bartekovej a JUDr. Edity Szabovej v právnej veci žalobcu: Národná diaľničná spoločnosť, a.s., so sídlom Mlynské Nivy 45, Bratislava, IČO: 35 919 001, proti žalovanému: R. F., so sídlom V. M. XX, L., po späťvzatí žaloby o zaplatenie 330,85 eur s príslušenstvom, takto r o z h o d o l : Odvolací súd p r i p ú š ť a späťvzatie žaloby, rozsudok Okresného súdu Bratislava II zo dňa 9.4.2014, č. k. 58C/2/2014-79 z r u š u j e a konanie z a s t a v u j e . Stranám sporu sa nepriznáva nárok na náhradu trov prvostupňového a odvolacieho konania. o d ô v o d n e n i e : 1. Rozsudkom zo dňa 9.4.2014, č. k. 58C/2/2014-79 súd prvej inštancie uložil žalovanému povinnosť zaplatiť žalobcovi sumu 330,85 eur, ako aj úrok z omeškania vo výške 9 % p. a. z dlžnej sumy 330,85 eur odo dňa 24.3.2012 do zaplatenia, ako aj trovy konania vo výške 19,50 eur na č. ú. XXXXXXXXXX/XXXX, vedeného v N. M. L. R., VS: XXXXXXXXXX, všetko do troch dní odo dňa právoplatnosti rozhodnutia. 2. Rozsudok bol doručený žalobcovi dňa 13.5.2014 a žalovanému dňa 12.5.2014. 3. V zákonom stanovenej lehote podal proti rozsudku odvolanie žalovaný, a preto bola vec dňa 25.7.2014 predložená odvolaciemu súdu. 4. V priebehu odvolacieho konania vstúpil do platnosti nový procesný predpis - zákon č. 160/2015 Z.z. Civilný sporový poriadok, účinný od 1.7.2016 (ďalej len CSP). Podľa § 470 ods. 1 CSP, ak nie je ustanovené inak, platí tento zákon aj na konania začaté predo dňom nadobudnutia jeho účinnosti. Podľa § 470 ods. 2 veta prvá CSP, právne účinky úkonov, ktoré v konaní nastali predo dňom nadobudnutia účinnosti tohto zákona, zostávajú zachované. 5. Podaním doručeným súdu prvej inštancie dňa 11.11.2016, doposlaným odvolaciemu súdu dňa 15.11.2016, zobral žalobca svoj žalobný návrh v celom rozsahu späť a konanie žiadal zastaviť. Dôvodom späťvzatia bola skutočnosť, že so žalovaným uzatvoril mimosúdnu dohodu, v zmysle ktorej sa žalovaný zaviazal žalobcovi uhradiť sumu predstavujúcu žalovanú istinu spolu s 20 % nárokovaného úroku z omeškania. 6. Podľa § 370 ods. 1 CSP, ak je žaloba vzatá späť po rozhodnutí súdu prvej inštancie, ale skôr, ako rozhodnutie nadobudlo právoplatnosť, odvolací súd rozhodne o pripustení späťvzatia. Podľa § 370 ods. 2 CSP, súd späťvzatie žaloby nepripustí, ak s tým protistrana z vážnych dôvodov nesúhlasí. Ak späťvzatie žaloby pripustí, odvolací súd zruší rozhodnutie súdu prvej inštancie a konanie zastaví. Podľa § 396 ods. 1 CSP, ustanovenia o trovách konania pred súdom prvej inštancie sa použijú aj na odvolacie konanie. Podľa § 262 ods. 1 CSP, o nároku na náhradu trov konania rozhodne aj bez návrhu súd v rozhodnutí, ktorým sa konanie končí. 7. Vzhľadom na to, že žalobca zobral späť svoju žalobu po meritórnom rozhodnutí súdu prvej inštancie, a po podaní odvolania žalovaným, čím v zmysle ust. § 206 ods. 1 zákona č. 99/1963 Zb. Občiansky súdny poriadok, účinného do 30.6.2016, nenadobudol rozsudok právoplatnosť (rovnaké účinky odvolania sú uvedené v § 367 ods. 1 CSP), odvolací súd postupoval v zmysle § 370 ods. 1, 2 CSP. 8. Po zistení, že žalovaný so späťvzatím žaloby súhlasí, odvolací súd pripustil späťvzatie žaloby, zrušil rozsudok súdu prvej inštancie a konanie zastavil. Pri rozhodovaní o nároku na náhradu trov konania odvolací súd prihliadol na dohodu strán sporu, a preto žiadnej zo strán sporu nepriznal nárok na náhradu trov konania. 9. O žiadosti žalobcu na vrátenie súdneho poplatku (č.l. XXX spisu) rozhodne súd prvej inštancie. 10. Toto rozhodnutie prijal senát Krajského súdu v Bratislave pomerom hlasov 3 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https://www.kauzis.sk/judikatura/r/ECLI:SK:KSBA:2016:1213229155.2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