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8Cob/199/2014 z 3. 2. 2016</w:t>
      </w:r>
    </w:p>
    <w:p>
      <w:r>
        <w:t>Uznesenie Krajského súdu Bratislava z 3. februára 2016, sp. zn. 8Cob/199/2014, ECLI:SK:KSBA:2016:1213230758.2</w:t>
      </w:r>
    </w:p>
    <w:p>
      <w:r>
        <w:t>Súd: Krajský súd Bratislava</w:t>
      </w:r>
    </w:p>
    <w:p>
      <w:r>
        <w:t>Spisová značka: 8Cob/199/2014</w:t>
      </w:r>
    </w:p>
    <w:p>
      <w:r>
        <w:t>ECLI: ECLI:SK:KSBA:2016:1213230758.2</w:t>
      </w:r>
    </w:p>
    <w:p>
      <w:r>
        <w:t>Dátum vydania: 3.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8Cob/199/2014 Identifikačné číslo súdneho spisu: 1213230758 Dátum vydania rozhodnutia: 04. 02. 2016 Meno a priezvisko sudcu, VSÚ: JUDr. Elena Kúšová ECLI: ECLI:SK:KSBA:2016:1213230758.2 Uznesenie Krajský súd v Bratislave v právnej veci žalobcu: KUTAN &amp; PARTNERS s. r. o., Laurinská 18, 811 01 Bratislava, IČO: 36 861 308, zast.: Mgr. Peter Cúth, advokát, Laurinská 18, 811 01 Bratislava, IČO: 42 138 272, proti žalovanému: Intrum Justitia Slovakia s.r.o., Karadžičova 8, 821 08 Bratislava, IČO: 35 831 154, zast.: JUDr. Ján Šoltés, advokát, Karadžičova 8, 821 08 Bratislava, o zaplatenie 58,58 eur s príslušenstvom, o odvolaní žalobcu proti uzneseniu Okresného súdu Bratislava II č. k. 42 Cb/246/2013 - 66 zo dňa 29.04.2014 voči druhému a štvrtému výroku uznesenia, takto r o z h o d o l : Krajský súd v Bratislave odvolanie žalobcu proti druhému a štvrtému výroku uznesenia Okresného súdu Bratislava II č. k. 42 Cb/246/2013 - 66 zo dňa 29.04.2014 o d m i e t a . Žalobca je povinný zaplatiť žalovanému na účet jeho právneho zástupcu JUDr. Jána Šoltésa, advokáta, náhradu trov odvolacieho konania vo výške 19,61 eur, do troch dní od právoplatnosti rozhodnutia. o d ô v o d n e n i e : Napadnutým rozhodnutím súd prvého stupňa konanie zastavil a žalobcu zaviazal na zaplatenie náhrady trov konania žalovaného. Zároveň priznal žalobcovi právo na vrátenie súdneho poplatku za návrh a žalovanému právo na vrátenie súdneho poplatku za podaný odpor. V odôvodnení svojho rozhodnutia poukázal na ustanovenie § 96 ods. 1, 2 a 3 O. s. p. upravujúce späťvzatie návrhu na začatie konania a ust. § 146 ods. 2 upravujúce náhradu trov konania, § 11 ods. 3, 4, 9 a 11 zákona č. 71/1992 Zb. o súdnych poplatkoch. Proti tomuto rozhodnutiu podal v zákonom stanovenej lehote voči druhému a štvrtému výroku uznesenia odvolanie žalobca s poukazom na ustanovenie § 205 ods. 2 písm. f/ a § 205 ods. 2 písm. d/ O. s. p., t. j. že konajúci súd vychádzal z nesprávneho právneho posúdenia veci a súčasne dospel na základe vykonaných dôkazov k nesprávnym skutkovým zisteniam. K odvolaniu žalobcu sa písomne vyjadril žalovaný s tým, že rozhodnutie súdu prvého stupňa považuje za vecne správne, nakoľko súd prvého stupňa sa dostatočne vysporiadal s právnou stránkou veci. Žalobca vzal žalobný návrh v celom rozsahu späť pred začatím súdneho konania, čím z procesného hľadiska zavinil zastavenie konania a z toho dôvodu je povinný na náhradu trov konania žalovanému podľa § 146 ods. 2 prvá veta O. s. p.. Žalovaný si uplatnil náhradu trov odvolacieho konania za 1 úkon právnej služby podľa § 13a ods. 2 písm. b/ vyhlášky MS SR č. 655/2004 Z. z. v sume 8,30 eur + 8,04 eur paušál + 20 % DPH, t. j. spolu 19,61 eur. Podľa § 209 ods. 1 O. s. p. súd prvého stupňa uznesením vyzve toho, kto podal odvolanie neobsahujúce náležitosti podľa § 205 ods. 1 a 2, aby chýbajúce náležitosti doplnil a poučí ho o následkoch neodstránenia vád odvolania podľa § 218 ods. 1 písm. d/. Ak sa aj napriek výzve súdu odvolanie nedoplní alebo ak ide o oneskorené odvolanie alebo podané tým, kto naň nie je oprávnený, predloží súd prvého stupňa odvolanie na rozhodnutie odvolaciemu súdu. Podľa § 211 ods. 1 prvá veta O. s. p., ak súd prvého stupňa nesprávne postupoval podľa § 209 ods. 1, odvolací súd sám vyzve toho, kto podal odvolanie, aby doplnil chýbajúce náležitosti a poučí ho o následkoch neodstránenia vád odvolania podľa § 218 ods. 1 písm. d/ O. s. p.. Nakoľko z podaného odvolania súdu nebolo zrejmé, v čom konkrétne toto rozhodnutie alebo postup súdu považuje odvolateľ za nesprávny, odvolací Krajský súd v Bratislave uznesením č. k. 8 Cob/199/2014 - 76 zo dňa 04.01.2016 odvolateľa vyzval, aby svoje odvolanie doručené súdu dňa 23.06.2014 doplnil v lehote 10 dní odo dňa doručenia tohto uznesenia o nasledovné náležitosti: - z akých dôvodov rozhodnutie alebo postup súdu prvého stupňa považuje za nesprávny; - čoho sa odvolateľ domáha. Predmetné uznesenie bolo odvolateľovi doručené dňa 15.01.2016. Z dokladov tvoriacich obsah spisu mal odvolací súd jednoznačne preukázané, že odvolateľ, t. j. žalobca v určenej lehote desiatich dní svoje odvolanie, ktoré neobsahovalo náležitosti podľa § 205 ods. 1 a 2, nedoplnil, napriek tomu, že bol poučený o následkoch neodstránenia vád odvolania. Podľa § 218 ods. 1 písm. d/ O. s. p. odvolací súd odmietne odvolanie, ktoré nemá náležitosti podľa § 205 ods. 1 a 2, ak boli dodržané podmienky podľa § 209 ods. 1 a § 211 ods. 1 O. s. p.. Nakoľko všetky zákonom stanovené podmienky boli dodržané, odvolací súd v súlade s citovaným ustanovením § 218 ods. 1 písm. d/ O. s. p. žalobcom podané odvolanie odmietol. Odvolací súd v prípadoch rozhodnutých podľa § 218 O. s. p. rozhoduje bez toho, aby skúmal vecnú stránku napadnutého rozhodnutia súdu prvého stupňa a jemu predchádzajúce konanie. O trovách odvolacieho konania bolo rozhodnuté v súlade s ustanovením § 224 ods. 1 O. s. p. v spojení s ustanovením § 142 ods. 1 O. s. p. tak, ako je uvedené vo výrokovej časti tohto rozhodnutia.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https://www.kauzis.sk/judikatura/r/ECLI:SK:KSBA:2016:1213230758.2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