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2Co/619/2014 z 24. 5. 2016</w:t>
      </w:r>
    </w:p>
    <w:p>
      <w:r>
        <w:t>Rozsudok Krajského súdu Bratislava z 24. mája 2016, sp. zn. 2Co/619/2014, ECLI:SK:KSBA:2016:1214208277.1</w:t>
      </w:r>
    </w:p>
    <w:p>
      <w:r>
        <w:t>Súd: Krajský súd Bratislava</w:t>
      </w:r>
    </w:p>
    <w:p>
      <w:r>
        <w:t>Spisová značka: 2Co/619/2014</w:t>
      </w:r>
    </w:p>
    <w:p>
      <w:r>
        <w:t>ECLI: ECLI:SK:KSBA:2016:1214208277.1</w:t>
      </w:r>
    </w:p>
    <w:p>
      <w:r>
        <w:t>Dátum vydania: 24. 5. 2016</w:t>
      </w:r>
    </w:p>
    <w:p>
      <w:r>
        <w:t>Forma: Rozsudok</w:t>
      </w:r>
    </w:p>
    <w:p>
      <w:r>
        <w:t>Oblasť práva: Občianske právo</w:t>
      </w:r>
    </w:p>
    <w:p>
      <w:pPr>
        <w:pStyle w:val="Heading2"/>
      </w:pPr>
      <w:r>
        <w:t>Text rozhodnutia</w:t>
      </w:r>
    </w:p>
    <w:p>
      <w:r>
        <w:t>Súd: Krajský súd Bratislava Spisová značka: 2Co/619/2014 Identifikačné číslo súdneho spisu: 1214208277 Dátum vydania rozhodnutia: 25. 05. 2016 Meno a priezvisko sudcu, VSÚ: JUDr. Darina Kriváňová ECLI: ECLI:SK:KSBA:2016:1214208277.1 ROZSUDOK V MENE SLOVENSKEJ REPUBLIKY Krajský súd v Bratislave v senáte v zložení: predsedníčka senátu JUDr. Darina Kriváňová a členovia senátu: JUDr. Mária Hajdínová a JUDr. Michaela Králová v právnej veci navrhovateľa: Allianz - Slovenská poisťovňa, a.s., so sídlom Dostojevského rad č. 4, Bratislava, proti odporcovi: G.. F. T., nar. XX.XX.XXXX, bytom F. Č.. X, W., o zaplatenie 57,87 eur s príslušenstvom, o odvolaní odporcu proti rozsudku Okresného súdu Bratislava II, č.k. 58C 79/2014-83, zo dňa 12.5.2014 takto r o z h o d o l : Odvolací súd rozsudok súdu prvého stupňa p o t v r d z u j e . Navrhovateľovi náhradu trov odvolacieho konania n e p r i z n á v a . o d ô v o d n e n i e : Okresný súd Bratislava II rozsudkom č.k. 58C 79/2014-83, zo dňa 12.5.2014 uložil odporcovi povinnosť zaplatiť navrhovateľovi sumu 57,87 eur spolu so 7,5 % úrokom z omeškania ročne zo sumy 57,87 eur od 11.11.2008 do zaplatenie a trovy konania v sume 16,50 eur do troch dní od právoplatnosti rozsudku. Okresný súd Bratislava II rozhodol na základe návrhu navrhovateľa, ktorý bol doručený súdu dňa 7.9.2011, a ktorým sa navrhovateľ domáhal, aby súd uložil odporcovi povinnosť zaplatiť 57,87 eur s príslušenstvom ako dlžné poistné. Z vykonaného dokazovania mal súd preukázané, že účastníci uzavreli dňa 9.11.1999 poistnú zmluvu č. 200 004 529, predmetom ktorej bolo poistenie majetku, poistenie obytnej budovy s účinnosťou od 10.11.1999 na dobu neurčitú. Splatnosť poistného bola dojednaná v ročných splátkach, vždy k 10.11. príslušného kalendárneho roka. Odporca v rozpore so záväzkom, ktorý vyplýval z poistnej zmluvy, poistné riadne neuhradil, preto zmluva zanikla dňa 2.4.2009 v lehote 1 mesiaca od doručenia výzvy na zaplatenie poistného. Dlžné poistné tak predstavovalo sumu 57,87 eur. Súd prvého stupňa právne vec posúdil podľa § 796 ods. 1 a ods. 2 Občianskeho zákonníka a § 801 ods. 1, 2 a § 803 ods. 1 Občianskeho zákonníka. Vychádzajúc z uvedených zákonných ustanovení a z vykonaného dokazovania, súd mal preukázané, že návrh je v súlade s ustanovením § 801 a § 803 Občianskeho zákonníka opodstatnený. Súd vychádzal zo zistenia, že uzavretím poistnej zmluvy č. 200 004 529 sa odporca zaviazal platiť poistné v ročných splátkach vo výške 39,83 eur. Odporca neuhradil poistné za dané poistné obdobie, pričom poistná zmluva zanikla pre nezaplatenie poistného, v lehote 1 mesiaca od doručenia výzvy na zaplatenie, a to dňom 2.4.2009. Celková pohľadávka navrhovateľa tak predstavuje sumu 57,87 eur, ktorú si v tomto konaní uplatňuje. Súd uložil povinnosť odporcovi zaplatiť túto sumu spolu s úrokom z omeškania podľa § 517 ods. 1 a 2 Občianskeho zákonníka v spojení s § 3 Nariadenia vlády č. 87/1995 Z.z. v znení neskorších predpisov. O trovách konania rozhodol podľa § 142 ods. 1 O.s.p. a navrhovateľovi, ktorý mal vo veci plný úspech priznal trovy konania a tieto uložil v sume 16,50 eur ako súdny poplatok zaplatiť odporcovi. Proti rozsudku súdu prvého stupňa podal odvolanie odporca, ktorý nesúhlasil s rozhodnutím súdu a žiadal rozsudok zrušiť a vec vrátiť na ďalšie konanie. V odvolaní namietal, že súd nevykonal úplné dokazovanie a neskúmal, či sú iné dôkazy na strane odporcu ukončiť platnosť poistnej zmluvy. Odporca bol pripravený predložiť súdu na pojednávaní ako dôkazy kópiu výpovede poistnej zmluvy zo dňa 6.11.2008. Dôvodom výpovede bola zmena vlastníckych vzťahov k uvedenej nehnuteľnosti, a to darovacou zmluvou spísanou vo forme notárskej zápisnice u notára dňa 24.11.2003. V roku 2008 rozpadom rodiny, kde došlo k dohode o vysporiadaní vlastníckych vzťahov k nehnuteľnosti, ktorá bola predmetom poistnej zmluvy, medzi pôvodným vlastníkom odporcom a nadobúdateľom pani Y. T.. Následne došlo k vypovedaniu poistnej zmluvy, ukončenie platieb za poistenie nehnuteľnosti, ktorá už nebola vo vlastníctve odporcu a podanie žaloby na zrušenie darovacej zmluvy. Odvolateľ namietal, že na základe neúplne vykonaného dokazovania súd dospel v danej veci k nesprávnym skutkovým zisteniam a nezohľadnil iné dôkazy ktoré doteraz neboli uplatnené a svojim konaním ani neumožnil odporcovi tieto predložiť pre správne právne posúdenie veci. K odvolaniu odporcu sa vyjadril navrhovateľ písomným podaním zo dňa 30.7.2014, ktorý žiadal rozsudok ako vecne správny potvrdiť. Vo vyjadrení uviedol, že rozsudok považuje za vecne správny, súd vykonal všetky nevyhnutné a jemu dostupné dôkazy, ktorých vykonanie bolo potrebné pre vydanie rozhodnutia vo veci samej. Skutkový stav veci je dostatočne preukázaný a hodnoverný. Navrhovateľ predložil všetky dostupné dôkazy preukazujúce jeho tvrdenia, a to konkrétne poistnú zmluvu č. XXX XXX XXX, výzvu na zaplatenie zo dňa 20.2.2009 s doručenkou, oznámenie o zániku zo dňa 13.5.2009, výzvu na zaplatenie zo dňa 1.6.2011. Odporca na svoju obranu nepredložil žiadne relevantné dôkazy, ktoré by ho zbavovali povinnosti uhradiť uplatnený nárok a jeho tvrdenia považuje za nedôvodné. Rozsudok súdu prvého stupňa žiadal navrhovateľ ako vecne správny potvrdiť. Krajský súd v Bratislave ako súd odvolací (§ 10 ods. 1 O.s.p.), ktorý bol viazaný rozsahom a dôvodmi odvolania (§ 212 ods. 1 O.s.p.), preskúmal napadnutý rozsudok, prejednal odvolanie bez nariadenia pojednávania podľa § 214 ods. 2 O.s.p. v spojení s § 156 ods. 3 O.s.p. a dospel k záveru, že odvolanie odporcu nie je dôvodné. V prejednávanej veci súd prvého stupňa skúmal dôvodnosť návrhu navrhovateľa a to, či v prípade zániku poistenia tým, že poistné za ďalšie poistné obdobie nebolo zaplatené do jedného mesiaca odo dňa doručenia výzvy poisťovateľa na jeho zaplatenie ( § 801 ods. 2 OZ), má poistiteľ voči tomu, kto s ním uzavrel poistnú zmluvu, právo na zaplatenie poistného za dobu do zániku poistenia podľa § 801 ods. 2 OZ.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Podľa § 799 ods. 1 OZ poistený je povinný zachovávať povinnosti, ktoré boli dohodnuté alebo ktoré sú v tomto zákone alebo v poistných podmienkach ustanovené. Podľa § 799 ods. 2 OZ,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 796 ods. 1 &lt;aspi://module='ASPI'&amp;link='40/1964%20Zb.%2523796'&amp;ucin-k-dni='30.12.9999'&gt; a &lt;aspi://module='ASPI'&amp;link='40/1964%20Zb.%2523796'&amp;ucin-k-dni='30.12.9999'&gt; OZ ten, kto s poistiteľom uzavrel poistnú zmluvu, je povinný platiť poistné, a to za dohodnuté poistné obdobia (bežné poistné); možno tiež dohodnúť, že poistné bude zaplatené naraz za celú dobu, na ktorú bolo poistenie dojednané (jednorazové poistné). Ak nebolo dohodnuté inak, je bežné poistné splatné prvého dňa poistného obdobia a jednorazové poistné dňom začiatku poistenia. Platenie poistného je jedným zo základných záväzkov účastníka, ktorý poistnú zmluvu uzavrel, pričom jeho riadne vykonávanie má vplyv (okrem iného) na existenciu tohto záväzkového vzťahu. Poistenie totiž môže zaniknúť nielen výpoveďou (§ 800 &lt;aspi://module='ASPI'&amp;link='40/1964%20Zb. %2523800'&amp;ucin-k-dni='30.12.9999'&gt; OZ) či odstúpením od poistnej zmluvy (§ 802 ods. 1 &lt;aspi://module='ASPI'&amp;link='40/1964%20Zb.%2523802'&amp;ucin-k-dni='30.12.9999'&gt; OZ), ale aj v dôsledku nezaplatenia poistného. Tento spôsob zániku poistenia je upravený v § 801 &lt;aspi:// module='ASPI'&amp;link='40/1964%20Zb.%2523801'&amp;ucin-k-dni='30.12.9999'&gt; OZ. V posudzovanej veci navrhovateľ uzavrel s odporcom dňa 9.11.1999 s účinnosťou od 10.11.1999 na dobu neurčitú poistnú zmluvu o poistení majetku, evidovanú u navrhovateľa pod č. 200004529 s ročným poistným vo výške 1 200 Sk (39,83 eur), so splatnosťou poistného v ročných splátkach k 10.11. príslušného roka. Navrhovateľ si uplatnil svoj nárok na zaplatenie sumy 57,87 eur s príslušenstvom v súlade s ustanovením § 801 ods. 2 OZ, podľa ktorého poistenie zanikne aj tak, že poistné za ďalšie poistné obdobie nebolo zaplatené do jedného mesiaca odo dňa doručenia výzvy poisťovateľa na jeho zaplatenie s tým, že poistná zmluva zanikla dňa 2.4.2009, v lehote 1 mesiaca od doručenia výzvy na zaplatenie poistného, (výzva na zaplatenie poistného zo dňa 20.2.2009). Navrhovateľ tvrdil, že podľa § 803 ods. 1 OZ poistiteľ má právo na poistné za dobu do zániku poistenia, vzhľadom k tomu, že ešte v rozsahu zmluvného dojednania, ručil za prípadné škody, ktoré mohli v tom čase nastať. Odporca bol povinný zaplatiť poistné za obdobie od 10.11.2008 do 2.4.2009 v sume 57,87 eur splatné dňa 10.11.2008 a z dôvodu, že sa dostal do omeškania, bol povinný podľa § 517 ods. 1 a 2 OZ zaplatiť aj úroky z omeškania vo výške podľa nariadenia vlády č. 87/1995 Zb. Na základe uvedeného, bol správny záver súdu prvého stupňa, že v prípade, že poistné za ďalšie poistné obdobie nebolo zaplatené do jedného mesiaca odo dňa doručenia výzvy poisťovateľa na jeho zaplatenie, má poistiteľ voči tomu, kto s ním uzavrel poistnú zmluvu, právo na pomernú časť jednorazového poistného za dobu do zániku poistenia (§ 803 ods. 1 &lt;aspi://module='ASPI'&amp;link='40/1964%20Zb. %2523803'&amp;ucin-k-dni='30.12.9999'&gt; OZ); Odvolateľ v podanom odvolaní namietal nesprávne právne posúdenie veci prvostupňovým súdom, ale neuviedol, v čom táto jeho námietka spočíva a aký právny záver súdu je nesprávny, resp. ako mal súd danú vec právne inak posúdiť, prípadne aký, podľa názoru odporkyne, správny právny predpis mal súd na danú vec použiť. Z uvedeného dôvodu preto námietka nesprávneho právneho posúdenia danej veci z podaného odvolania odporcu nevyplýva a pochybenie prvostupňového súdu nezistil ani odvolací súd.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zodpovedá ustanoveniu § 157 ods. 2 O.s.p. a právu odvolateľa na spravodlivé súdne konanie. Odvolací súd zastáva názor, že závery súdu prvého stupňa vychádzajú z úplne zisteného skutkového stavu, ktorého správnosť záverov odporca svojim odvolaním nedôvodne spochybňuje. Odporca v odvolaní namietal, že súd nevykonal úplné dokazovanie a neskúmal, či sú iné dôkazy na strane odporcu ukončiť platnosť poistnej zmluvy. Odporca uviedol, že bol pripravený predložiť súdu na pojednávaní ako dôkazy kópiu výpovede poistnej zmluvy zo dňa 6.11.2008. Dôvodom výpovede bola zmena vlastníckych vzťahov k uvedenej nehnuteľnosti, a to darovacou zmluvou spísanou vo forme notárskej zápisnice u notára dňa 24.11.2003. V roku 2008 rozpadom rodiny, kde došlo k dohode o vysporiadaní vlastníckych vzťahov k nehnuteľnosti, ktorá bola predmetom poistnej zmluvy, medzi pôvodným vlastníkom odporcom a nadobúdateľom pani Y.S. T.. Následne došlo k vypovedaniu poistnej zmluvy, ukončenie platieb za poistenie nehnuteľnosti, ktorá už nebola vo vlastníctve odporcu a podanie žaloby na zrušenie darovacej zmluvy. Odporca v podanom odvolaní iba všeobecne uvádza, že zastáva názor, že rozhodnutie prvostupňového súdu je nepreskúmateľné, pričom však z odvolania nevyplýva, ako k takejto námietke odvolateľ dospel a čo konkrétne vytýka prvostupňovému súdu, pretože pokiaľ sa odporca nestotožňuje s hodnotením dôkazov všeobecného súdu v danej veci, nemôže to mať za následok porušenie jeho práva na spravodlivý proces, pretože do práva na spravodlivý proces nepatrí právo účastníka konania, aby sa všeobecný súd stotožnil s jeho právnym názorom, návrhmi a hodnotením dôkazov. Do obsahu základného práva podľa čl. 46 ods. 1 Ústavy Slovenskej republiky nepatrí právo účastníka konania dožadovať sa ním navrhnutého spôsobu hodnotenia vykonaných dôkazov (I. ÚS 97/97). Právo na spravodlivý proces neznamená ani právo na to, aby bol účastník konania pred všeobecným súdom úspešný, teda aby bolo rozhodnuté v súlade s jeho požiadavkami a právnymi názormi. Do obsahu základného práva podľa čl. 46 ods. 1 ústavy a práva na spravodlivý proces podľa citovaného čl. 6 ods. 1 dohovoru nepatrí ani právo účastníka konania vyjadrovať sa k spôsobu hodnotenia ním navrhnutých dôkazov súdom, prípadne sa dožadovať ním navrhnutého spôsobu hodnotenia vykonaných dôkazov, resp. toho, aby súdy preberali alebo sa riadili výkladom všeobecných záväzných právnych predpisov, ktorý predkladá účastník konania. Rozhodnutie súdu ako orgánu verejnej moci nemusí byť totožné s očakávaniami a predstavami účastníka konania, ale z hľadiska odôvodnenia musí spĺňať parametre zákonného rozhodnutia (§ 157 ods. 2 O.s.p.), pričom účastníkovi konania musí dať odpoveď na podstatné (zásadné) otázky a námietky spochybňujúce závery namietaného rozhodnutia v závažných a samotné rozhodnutie ovplyvňujúcich súvislostiach.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Higginsova a ďalší proti Francúzsku z 19. februára 1998, sťažnosť č. 20124/92, Zbierka rozsudkov a rozhodnutí 1998-I ). Odporca v podanom odvolaní tvrdil, že bol pripravený predložiť súdu na pojednávaní ako dôkazy kópiu výpovede poistnej zmluvy zo dňa 6.11.2008. Pokiaľ chcel odporca takýto dôkaz predložiť, bol povinný výpoveď poistnej zmluvy predovšetkým doručiť navrhovateľovi a tiež ako dôkaz ho predložiť súdu, čo však neurobil, a preto iba jeho tvrdenie, bez predloženia relevantných dôkazov v prvostupňovom konaní, nemôže byť odvolacím dôvodom na zmenu rozhodnutia súdu prvého stupňa.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odvolateľa, ani k odňatiu jeho možnosti konať pred súdom.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ale navrhovateľovi, ktorý mal vo veci plný úspech nepriznal náhradu trov konania voči odporcovi, pretože podľa § 151 ods. 1 O.s.p. nebol podaný návrh na uloženie povinnosti nahradiť trovy odvolacieho konania a navrhovateľovi v odvolacom konaní ani žiadne trovy nevznikli. Toto rozhodnutie prijal senát Krajského súdu v Bratislave pomerom hlasov 3:0. Poučenie: Proti tomuto rozsudku odvolanie nie je prípustné.</w:t>
      </w:r>
    </w:p>
    <w:p/>
    <w:p>
      <w:r>
        <w:t>Zdroj: KAUZIS.SK – https://www.kauzis.sk/judikatura/r/ECLI:SK:KSBA:2016:1214208277.1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