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5Co/280/2016 z 5. 10. 2016</w:t>
      </w:r>
    </w:p>
    <w:p>
      <w:r>
        <w:t>Uznesenie Krajského súdu Bratislava z 5. októbra 2016, sp. zn. 5Co/280/2016, ECLI:SK:KSBA:2016:1214215969.1</w:t>
      </w:r>
    </w:p>
    <w:p>
      <w:r>
        <w:t>Súd: Krajský súd Bratislava</w:t>
      </w:r>
    </w:p>
    <w:p>
      <w:r>
        <w:t>Spisová značka: 5Co/280/2016</w:t>
      </w:r>
    </w:p>
    <w:p>
      <w:r>
        <w:t>ECLI: ECLI:SK:KSBA:2016:1214215969.1</w:t>
      </w:r>
    </w:p>
    <w:p>
      <w:r>
        <w:t>Dátum vydania: 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5Co/280/2016 Identifikačné číslo súdneho spisu: 1214215969 Dátum vydania rozhodnutia: 06. 10. 2016 Meno a priezvisko sudcu, VSÚ: JUDr. Juraj Považan ECLI: ECLI:SK:KSBA:2016:1214215969.1 Uznesenie Krajský súd v Bratislave v senáte zloženom z predsedu senátu JUDr. Juraja Považana a členov senátu JUDr. Janky Richterovej a JUDr. Milana Chalupku, v právnej veci žalobcu: Spoločenstvo vlastníkov bytov v dome na Nemocničnej ul. č. 1442, so sídlom v Humennom, Nemocničná ul. 1442/13,15, IČO: 37871552, zast. JUDr. Emilom Čerevkom, advokátom v Humennom, Štefánikova 17, a JUDr. Ing. Renátou Vorobeľovou, advokátkou v Humennom, Lipová 1, proti žalovanému: JAMAKA, s.r.o., so sídlom v Bratislave, Mierová 212, IČO: 36 511 170, o zaplatenie 494,18 eur s prísl., na odvolanie žalobcu proti rozsudku Okresného súdu Bratislava II zo dňa 15. marca 2016 č.k. 10C/341/2014-57 takto r o z h o d o l : Odvolací súd odvolacie konanie z a s t a v u j e . Žalovanému nepriznáva náhradu trov odvolacieho konania. o d ô v o d n e n i e : 1/ Napadnutým rozsudkom súd prvej inštancie zamietol žalobu, ktorou sa žalobca domáhal uloženia povinnosti žalovanému zaplatiť žalobcovi 494,18 eur s prísl., súčasne žalovanému nepriznal náhradu trov konania. 2/ Proti tomuto rozsudku podal včas odvolanie žalobca, ktoré zobral späť podaním doručeným súdu prvej inštancie dňa 30.09.2016. 3/ Podľa § 369 ods. 1 CSP dokiaľ o odvolaní nebolo rozhodnuté, možno ho vziať späť. Ak odvolateľ vzal odvolanie späť, nemôže ho podať znova. 4/ Podľa § 369 ods. 3 CSP ak sa odvolanie, o ktorom nebolo rozhodnuté, vzalo späť, odvolací súd odvolacie konanie zastaví. 5/ Odvolací súd s ohľadom na späťvzatie odvolania žalobcom podľa vyššie citovaného ustanovenia odvolacie konania zastavil. 6/ Žalovanému nepriznal nárok na náhradu trov odvolacieho konania v zmysle § 396 ods. 1 v spojení s § 256 ods. 1 CSP, keď tomuto v odvolacom konaní žiadne trovy nevznikli. 7/ Toto 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https://www.kauzis.sk/judikatura/r/ECLI:SK:KSBA:2016:1214215969.1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