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11CoP/40/2016 z 27. 1. 2016</w:t>
      </w:r>
    </w:p>
    <w:p>
      <w:r>
        <w:t>Uznesenie Krajského súdu Bratislava z 27. januára 2016, sp. zn. 11CoP/40/2016, ECLI:SK:KSBA:2016:1214220042.2</w:t>
      </w:r>
    </w:p>
    <w:p>
      <w:r>
        <w:t>Súd: Krajský súd Bratislava</w:t>
      </w:r>
    </w:p>
    <w:p>
      <w:r>
        <w:t>Spisová značka: 11CoP/40/2016</w:t>
      </w:r>
    </w:p>
    <w:p>
      <w:r>
        <w:t>ECLI: ECLI:SK:KSBA:2016:1214220042.2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11CoP/40/2016 Identifikačné číslo súdneho spisu: 1214220042 Dátum vydania rozhodnutia: 28. 01. 2016 Meno a priezvisko sudcu, VSÚ: JUDr. Katarína Štrignerová ECLI: ECLI:SK:KSBA:2016:1214220042.2 Uznesenie Krajský súd v Bratislave vo veci starostlivosti súdu o X. X., nar.: XX.XX.XXXX a o maloletú S. X., nar.: XX.XX.XXXX, zastúpenú Úradom práce, sociálnych vecí a rodiny Bratislava, so sídlom Vazovova 7/A, 816 16 Bratislava, deti rodičov: matky A. X., nar.: XX.XX.XXXX, bytom W. 3, XXX XX O. a otca V. X., nar.: XX.XX.XXXX, bytom W. 3, XXX XX O., zastúpeného AK SOUKENÍK - ŠTRPKA, s.r.o., so sídlom Šoltésovej 14, 811 08 Bratislava, o návrhu matky na úpravu výkonu rodičovských práv a povinností, na odvolanie otca proti uzneseniu Okresného súdu Bratislava II, č.k. 59P/92/2014-139 zo dňa 19.10.2015, jednohlasne (pomerom hlasov 3:0) takto r o z h o d o l : Odvolacie konanie sa z a s t a v u j e. Žiaden z účastníkov nemá právo na náhradu trov odvolacieho konania. o d ô v o d n e n i e : Napadnutým uznesením súd prvého stupňa zastavil konanie o návrhu matky na úpravu výkonu rodičovských práv a povinností k deťom X.: k X., nar.: XX.XX.XXXX a k maloletej S., nar.: XX.XX.XXXX. Žiadnemu z účastníkov nepriznal právo na náhradu trov konania. Svoje rozhodnutie odôvodnil ust. § 96 ods. 1, 2, 3 O.s.p. s tým, že matka zobrala dňa 15.10.2015 svoj návrh pred prvým pojednávaním v celom rozsahu späť. Proti tomuto uzneseniu podal v zákonnej lehote prostredníctvom zvoleného právneho zástupcu odvolanie otec maloletého. Navrhol, aby odvolací súd zrušil napadnuté rozhodnutie súdu prvého stupňa a vec mu vrátil na ďalšie konanie. Uviedol, že nakoľko jeho syn X. X., nar.: XX.XX.XXXX už nie je maloletým dieťaťom, tak súhlasí so zastavením konania v tejto časti. Vzhľadom na skutočnosť, že dňa 26.06.2015 došlo medzi ním a matkou maloletých detí k podpisu Dohody o úprave práv a povinností k maloletým deťom, žiadal, aby došlo k jej schváleniu súdom. V písomnom podaní doručenom Okresnému súdu Bratislava II dňa 18.01.2016 otec detí oznámil, že svoje odvolanie berie späť v celom rozsahu a žiada konanie o odvolaní zastaviť.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Vychádzajúc z § 207 O.s.p., právo podať odvolanie, ako aj vziať podané odvolanie späť je dispozičným právom oprávneného, ktoré mu patrí až do rozhodnutia o odvolaní. Na účinnosť späťvzatia odvolania nie je potrebný súhlas súdu ani iného subjektu. V danej veci otec detí pred rozhodnutím odvolacieho súdu vzal podané odvolanie späť, preto odvolací súd rešpektujúc jeho dispozičné právo nakladať s podaným odvolaním, odvolacie konanie zastavil. O trovách odvolacieho konania rozhodol súd podľa § 224 ods. 1 O.s.p. v spojení s § 146 ods. 1 písm. c/ O.s.p., nakoľko odvolacie konanie bolo zastavené. Poučenie: Proti tomuto uzneseniu odvolanie nie je prípustné.</w:t>
      </w:r>
    </w:p>
    <w:p/>
    <w:p>
      <w:r>
        <w:t>Zdroj: KAUZIS.SK – https://www.kauzis.sk/judikatura/r/ECLI:SK:KSBA:2016:1214220042.2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