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3Cob/330/2015 z 30. 3. 2016</w:t>
      </w:r>
    </w:p>
    <w:p>
      <w:r>
        <w:t>Uznesenie Krajského súdu Bratislava z 30. marca 2016, sp. zn. 3Cob/330/2015, ECLI:SK:KSBA:2016:1214223711.1</w:t>
      </w:r>
    </w:p>
    <w:p>
      <w:r>
        <w:t>Súd: Krajský súd Bratislava</w:t>
      </w:r>
    </w:p>
    <w:p>
      <w:r>
        <w:t>Spisová značka: 3Cob/330/2015</w:t>
      </w:r>
    </w:p>
    <w:p>
      <w:r>
        <w:t>ECLI: ECLI:SK:KSBA:2016:1214223711.1</w:t>
      </w:r>
    </w:p>
    <w:p>
      <w:r>
        <w:t>Dátum vydania: 30. 3. 2016</w:t>
      </w:r>
    </w:p>
    <w:p>
      <w:r>
        <w:t>Forma: Uznesenie</w:t>
      </w:r>
    </w:p>
    <w:p>
      <w:r>
        <w:t>Oblasť práva: Obchodné právo</w:t>
      </w:r>
    </w:p>
    <w:p>
      <w:pPr>
        <w:pStyle w:val="Heading2"/>
      </w:pPr>
      <w:r>
        <w:t>Text rozhodnutia</w:t>
      </w:r>
    </w:p>
    <w:p>
      <w:r>
        <w:t>Súd: Krajský súd Bratislava Spisová značka: 3Cob/330/2015 Identifikačné číslo súdneho spisu: 1214223711 Dátum vydania rozhodnutia: 31. 03. 2016 Meno a priezvisko sudcu, VSÚ: Mgr. Štefan Zelenák ECLI: ECLI:SK:KSBA:2016:1214223711.1 Uznesenie Krajský súd v Bratislave, v právnej veci navrhovateľa ANIR, s.r.o., Nám. 1. mája 3, Prešov, IČO: 36 670 383, proti odporcovi Orange Slovensko, a.s., Metodova 8, Bratislava, IČO: 35 697 270, o zaplatenie 124,41 EUR s prísl. a o odvolaní navrhovateľa proti uzneseniu Okresného súdu Bratislava II č.k. 63Rob/923/2014-41 zo dňa 21.1.2015 jednohlasne, takto r o z h o d o l : Krajský súd v Bratislave uznesenie Okresného súdu Bratislava II v Bratislave č.k. 63Rob/923/2014-41 zo dňa 21.1.2015 p o t v r d z u j e . Odporcovi náhradu trov odvolacieho konania nepriznáva. o d ô v o d n e n i e : Napadnutým uznesením súd prvého stupňa zastavil konanie o návrhu navrhovateľa, ktorým sa domáhal zaplatenia sumy 124,41 EUR s prísl. od odporcu a žiadnemu z účastníkov nepriznal právo na náhradu trov konania. Svoje rozhodnutie odôvodnil ust. § 10 zákona č. 71/1992 Zb. o súdnych poplatkoch a tým, že súdny poplatok z návrhu nebol doposiaľ uhradený, napriek tomu, že navrhovateľ bol na zaplatenie súdneho poplatku vyzvaný a bol o následkoch nezaplatenia súdneho poplatku poučený. O trovách konania súd rozhodol podľa § 146 ods. 1 písm. c) O.s.p. Proti uzneseniu sa v zákonnej lehote odvolal navrhovateľ, ktorý uviedol, že súdny poplatok uhradil v celej výške, priložil potvrdenie o zrealizovaní transakcie VÚB Banky, a.s., zo dňa 22.12.2014, v zmysle čoho žiada o zrušenie napadnutého uznesenia. Krajský súd v Bratislave prejednal vec podľa ustanovenia § 212 ods. 1 O.s.p. bez nariadenia pojednávania ( § 214 ods. 2 O.s.p.) a dospel k záveru, že odvolanie navrhovateľa nie je dôvodné. Podľa § 1 ods. 1 zákona č. 71/1992 Zb. o súdnych poplatkoch v znení neskorších predpisov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citovaného zákona poplatníkom je navrhovateľ poplatkového úkonu, ak je podľa sadzobníka ustanovený poplatok z návrhu. Podľa § 5 ods. 1 písm. a) citovaného zákona poplatková povinnosť vzniká podaním návrhu, odvolania a dovolania alebo žiadosti na vykonania poplatkového úkonu, ak je poplatníkom navrhovateľ, odvolateľ a dovolateľ. Podľa § 6 ods. 1 citovaného zákona sadzba poplatku je uvedená v sadzobníku percentom zo základu poplatku alebo pevnou sumou. Podľa § 10 ods. 1 citovaného zákona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 danom prípade vznikla navrhovateľovi poplatková povinnosť vo výške 16,50 EUR v zmysle sadzobníka súdnych poplatkov. Súd prvého stupňa preto správne vyzval navrhovateľa dňa 4.12.2014 na zaplatenie súdneho poplatku za návrh do 10 dní pod následkom zastavenia konania, a takisto správne postupoval, keď konanie pre nezaplatenie súdneho poplatku zastavil. Navrhovateľ nepredložil súdu doklad o úhrade súdneho poplatku a podľa zisťovania súd prvého stupňa úhradu poplatku neeviduje. Z potvrdenia o realizácii transakcie odvolací súd zistil, že navrhovateľ realizoval transakciu prostredníctvom banky pričom uviedol VS: 1252633614. Na výzve súdu je uvedený VS: 1252582614. Navrhovateľ teda nesprávne uviedol VS resp. platil súdny poplatok v inom konaní. Na základe toho, že navrhovateľ vyrubený súdny poplatok v súdom stanovenej lehote ani do konca lehoty na podanie odvolania v tomto konaní nezaplatil, súd prvého stupňa správne zastavil konanie v zmysle § 10 ods. 1 zákona o súdnych poplatkoch. Odvolací súd preto z vyššie uvedených dôvodov uznesenie súdu prvého stupňa ako vecne správne podľa § 219 ods. 1 O.s.p. potvrdil. O trovách odvolacieho konania rozhodol odvolací súd podľa § 224 ods. 1 v spojení s § 142 ods. 1 O.s.p. a v odvolacom konaní úspešnému odporcovi náhradu trov odvolacieho konania nepriznal z dôvodu, že mu žiadne nevznikli. Poučenie: Proti tomuto uzneseniu odvolanie nie je prípustné</w:t>
      </w:r>
    </w:p>
    <w:p/>
    <w:p>
      <w:r>
        <w:t>Zdroj: KAUZIS.SK – https://www.kauzis.sk/judikatura/r/ECLI:SK:KSBA:2016:1214223711.1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