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1Cob/194/2016 z 29. 9. 2016</w:t>
      </w:r>
    </w:p>
    <w:p>
      <w:r>
        <w:t>Uznesenie Krajského súdu Bratislava z 29. septembra 2016, sp. zn. 1Cob/194/2016, ECLI:SK:KSBA:2016:1215200790.1</w:t>
      </w:r>
    </w:p>
    <w:p>
      <w:r>
        <w:t>Súd: Krajský súd Bratislava</w:t>
      </w:r>
    </w:p>
    <w:p>
      <w:r>
        <w:t>Spisová značka: 1Cob/194/2016</w:t>
      </w:r>
    </w:p>
    <w:p>
      <w:r>
        <w:t>ECLI: ECLI:SK:KSBA:2016:1215200790.1</w:t>
      </w:r>
    </w:p>
    <w:p>
      <w:r>
        <w:t>Dátum vydania: 29. 9.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1Cob/194/2016 Identifikačné číslo súdneho spisu: 1215200790 Dátum vydania rozhodnutia: 30. 09. 2016 Meno a priezvisko sudcu, VSÚ: JUDr. Andrea Haitová ECLI: ECLI:SK:KSBA:2016:1215200790.1 Uznesenie Krajský súd v Bratislave v senáte zloženom z predsedníčky senátu JUDr. Andrey Haitovej a členiek senátu Mgr. Soni Pekarčíkovej a JUDr. Andrey Sedlačkovej, v právnej veci žalobcu: Projects, s.r.o., Jána Stanislava 24, 841 05 Bratislava, IČO: 43 954 782, zast. JUDr. Jánom Šoltésom, advokátom, Karadžičova 8, P.O.BOX 205, 810 00 Bratislava, proti žalovanému: Dareq s.r.o., Kopčianska 10, 851 01 Bratislava, IČO: 47 635 177, o zaplatenie 20,70 eur s prísl., o odvolaní žalovaného proti rozsudku Okresného súdu Bratislava II zo dňa 28.10.2015 č. k. 22Cb/20/2015-42 a o späťvzatí žaloby, takto r o z h o d o l : Krajský súd v Bratislave späťvzatie žaloby p r i p ú š ť a, rozsudok Okresného súdu Bratislava II zo dňa 28.10.2015 č. k. 22Cb/20/2015-42 z r u š u j e a konanie z a s t a v u j e . Žiadnej zo strán sporu sa nepriznáva nárok na náhradu trov konania. o d ô v o d n e n i e : 1. Súd prvej inštancie napadnutým rozsudkom uložil žalovanému povinnosť zaplatiť žalobcovi do 15 dní od právoplatnosti rozsudku sumu 20,70 eur s 9,25 % ročným úrokom z omeškania zo sumy 15,- eur od 17.05.2014 do zaplatenia, zo sumy 5,70 eur od 17.05.2014 do zaplatenia, paušálnu náhradu nákladov spojených s uplatnením pohľadávky vo výške 40,- eur a náhradu trov konania vo výške 16,50 eur za zaplatený súdny poplatok a vo výške 59,98 eur titulom trov právneho zastúpenia. Súd vo veci rozhodol rozsudkom pre zmeškanie podľa § 153b ods. 1, 2 O.s.p. vydaným na pojednávaní dňa 28.10.2015. 2. Proti tomuto rozsudku podal v zákonnej lehote odvolanie žalovaný prostredníctvom správcu konkurznej podstaty a navrhol, aby odvolací súd napadnutý rozsudok súdu prvej inštancie zrušil a vec mu vrátil na ďalšie konanie. Poukázal na to, že uznesením Okresného súdu Bratislava I zo dňa 27. 05. 2015 sp. zn. 4K/63/2014, uverejneným v Obchodnom vestníku č. 104/2015 dňa 03.06.2015, súd vyhlásil na majetok dlžníka Dareq s.r.o. konkurz, o čom mal byť súd konajúci v tejto veci z úradnej činnosti oboznámený. 3. V súlade s § 47 ods. 3 zákona č. 7/2005 Z. z. bolo predmetné konanie zo zákona prerušené, pričom možnosť pokračovať v tomto konaní bola na návrh správcu, ktorý v predmetnom prípade návrh na pokračovanie v konaní nepodal. Súd v danej veci aj napriek prerušeniu konania ex lege vec prejednal a rozhodol rozsudkom pre zmeškanie vydaným dňa 28.10.2015. Na základe uvedeného považoval odvolateľ procesný postup súdu v tomto konaní za zmätočný a v rozpore so zákonom, pretože v prerušenom konaní súd nemohol danú vec prejednávať a taktiež nemohol rozhodnúť vo veci. 4. Podaním doručeným súdu dňa 18.05.2016 žalobca oznámil súdu, že na podanej žalobe ďalej netrvá. 5. V podaní doručenom súdu dňa 17.06.2016 udelil správca konkurznej podstaty žalovaného súhlas s ďalším pokračovaním v konaní v zmysle § 47 ods. 3 zákona č. 7/2005 Z. z., a to za súčasného splnenia tej podmienky, aby v tejto veci súd vydal uznesenie, ktorým rozhodne o zastavení predmetného konania, nakoľko zo strany žalobcu došlo k späťvzatiu žaloby v celom rozsahu, s ktorým správca súhlasil. 6. Odvolací súd konštatuje, že konanie na súde prvej inštancie sa viedlo a odvolanie žalovaného, ako aj späťvzatie žaloby boli podané v rámci účinnosti zákonnej úpravy procesného konania podľa Občianskeho súdneho poriadku č. 99/1963 Zb., avšak odvolací súd vo veci rozhodol dňa 30.09.2016, teda po nadobudnutí účinnosti právnej úpravy Civilného sporového poriadku č. 160/2015 Z. z. (ďalej ako „CSP“) a postupoval tak v súlade s § 470 ods. 1 CSP a § 473 CSP, podľa ktorých sa počnúc účinnosťou CSP ruší úprava Občianskeho súdneho poriadku č. 99/1963 Zb. a aj na konania začaté pred účinnosťou CSP sa počnúc dátumom 01.07.2016 vzťahuje aktuálna procesná úprava CSP. Podľa § 370 ods. 1, 2 CSP,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7. K späťvzatiu žaloby v predmetnej veci došlo po vydaní rozsudku súdom prvej inštancie (v čase po vyhlásení konkurzu na majetok žalovaného majúceho účinky podľa § 47 zákona č. 7/2005 Z. z.) a po podaní odvolania proti tomuto rozsudku správcom konkurznej podstaty žalovaného. Na základe uvedeného odvolací súd v dôsledku späťvzatia žaloby žalobcom v celom rozsahu dňa 18.05.2016 a za súhlasu žalovaného, ktorého správca konkurznej podstaty dňa 17.06.2016 udelil súhlas so späťvzatím žaloby a s pokračovaním v konaní za účelom jeho zastavenia z dôvodu späťvzatia žaloby, pripustil toto späťvzatie, rozhodnutie súdu prvej inštancie zrušil a konanie zastavil v zmysle § 370 ods. 1, 2 CSP. 8. O trovách konania odvolací súd rozhodol podľa § 396 ods. 1 CSP v spojení s § 256 a 262 ods. 1 CSP tak, že žiadnej zo strán sporu nepriznal nárok na náhradu trov konania, a to vzhľadom na osobitné okolnosti konkrétneho prípadu zastaveného konania. 9. Toto rozhodnutie bolo členmi senátu prijaté pomerom hlasov 3:0 (§ 3 ods. 9 tretia veta zák. č. 757/2004 Z. 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https://www.kauzis.sk/judikatura/r/ECLI:SK:KSBA:2016:1215200790.1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