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11CoP/45/2016 z 24. 4. 2016</w:t>
      </w:r>
    </w:p>
    <w:p>
      <w:r>
        <w:t>Rozhodnutie Krajského súdu Bratislava z 24. apríla 2016, sp. zn. 11CoP/45/2016, ECLI:SK:KSBA:2016:1215201308.1</w:t>
      </w:r>
    </w:p>
    <w:p>
      <w:r>
        <w:t>Súd: Krajský súd Bratislava</w:t>
      </w:r>
    </w:p>
    <w:p>
      <w:r>
        <w:t>Spisová značka: 11CoP/45/2016</w:t>
      </w:r>
    </w:p>
    <w:p>
      <w:r>
        <w:t>ECLI: ECLI:SK:KSBA:2016:1215201308.1</w:t>
      </w:r>
    </w:p>
    <w:p>
      <w:r>
        <w:t>Dátum vydania: 24. 4. 2016</w:t>
      </w:r>
    </w:p>
    <w:p>
      <w:r>
        <w:t>Forma: Rozhodnutie</w:t>
      </w:r>
    </w:p>
    <w:p>
      <w:r>
        <w:t>Oblasť práva: Rodinné právo</w:t>
      </w:r>
    </w:p>
    <w:p>
      <w:pPr>
        <w:pStyle w:val="Heading2"/>
      </w:pPr>
      <w:r>
        <w:t>Text rozhodnutia</w:t>
      </w:r>
    </w:p>
    <w:p>
      <w:r>
        <w:t>Súd: Krajský súd Bratislava Spisová značka: 11CoP/45/2016 Identifikačné číslo súdneho spisu: 1215201308 Dátum vydania rozhodnutia: 25. 04. 2016 Meno a priezvisko sudcu, VSÚ: JUDr. Bianka Gelačíková ECLI: ECLI:SK:KSBA:2016:1215201308.1 Rozhodnutie Krajský súd v Bratislave vo veci starostlivosti o maloleté deti: W. D., E.. XX.XX.XXXX W. W. D., E.. XX.XX.XXXX, zastúpené kolíznym opatrovníkom Úradom práce sociálnych vecí a rodiny Bratislava, so sídlom Vazovova č. 7/A, 816 16 Bratislava, deti rodičov: matky - A.. A. D.C., E.. XX.XX.XXXX, I. T. X, XXX XX I., zastúpenej ALFA LEGAL, s.r.o., so sídlom Šustekova 14, 851 04 Bratislava, a otca - U.. W. D., E.. XX.XX.XXXX, J. I. T. X, XXX XX I., zastúpený Zahradnikova.SK s.r.o., so sídlom Pluhová 78, 83103 Bratislava, o zníženie výživného, na odvolanie otca proti rozsudku Okresného súdu Bratislava II, č.k. 59P/11/2015-76 zo dňa 07.10.2015, jednohlasne ( pomerom hlasov 3:0 ) takto r o z h o d o l : Odvolacie konanie sa z a s t a v u j e. Žiaden z účastníkov nemá právo na náhradu trov odvolacieho konania. o d ô v o d n e n i e : Napadnutým rozsudkom súd prvého stupňa zamietol návrh otca maloletých detí na zníženie vyživovacej povinnosti, ktorá mu bola uložená rozsudkom Okresného súdu Bratislava II, č.k. 28P/219/2013-28 zo dňa 20.03.2014 vo výške XXX,- eur mesačne na mal. W. a sumou XXX,- eur na mal. W.. Žiadnemu z účastníkov nepriznal právo na náhradu trov konania. Proti tomuto rozsudku podal v zákonnej lehote prostredníctvom zvoleného právneho zástupcu odvolanie otec maloletých detí. Navrhol, aby odvolací súd zmenil napadnuté rozhodnutie súdu prvého stupňa, tak, že podanému návrhu na zníženie výživného v plnom rozsahu vyhovie, alternatívne, aby napadnuté rozhodnutie zrušil a vec vrátil súdu prvého stupňa na ďalšie konanie. Mal za to, že nakoľko sa zmenili pomery na strane matky, z ktorých vychádzal súd v čase určenia výživného, ako aj vzhľadom na skutočnosť, že odôvodnené potreby maloletých detí sa nezvýšili natoľko, nakoľko sa zvýšili príjmy matky, bol daný dôvod na zmenu súdom stanovenej výšky jeho vyživovacej povinnosti. V písomnom podaní doručenom odvolaciemu súdu dňa 13.04.2016 otec maloletých detí oznámil, že svoje odvolanie berie späť v celom rozsahu a žiada konanie o odvolaní zastaviť. Podľa § 207 ods. 2 O.s.p. dokiaľ o odvolaní nebolo rozhodnuté, možno ho vziať späť. Ak niekto vzal odvolanie späť, nemôže ho podať znova. Podľa § 207 ods. 3 O.s.p., ak sa odvolanie, o ktorom nebolo rozhodnuté, vzalo späť, odvolací súd odvolacie konanie zastaví. Vychádzajúc z § 207 O.s.p. právo podať odvolanie, ako aj vziať podané odvolanie späť je dispozičným právom oprávneného, ktoré mu patrí až do rozhodnutia o odvolaní. Na účinnosť späťvzatia odvolania nie je potrebný súhlas súdu ani iného subjektu. V danej veci otec maloletých detí pred rozhodnutím odvolacieho súdu vzal podané odvolanie späť, preto odvolací súd rešpektujúc jeho dispozičné právo nakladať s podaným odvolaním, odvolacie konanie zastavil. O trovách odvolacieho konania rozhodol súd podľa § 224 ods. 1 O.s.p. v spojení s § 146 ods. 1 písm. c/ O.s.p., nakoľko odvolacie konanie bolo zastavené. Poučenie: Proti tomuto uzneseniu odvolanie nie je prípustné.</w:t>
      </w:r>
    </w:p>
    <w:p/>
    <w:p>
      <w:r>
        <w:t>Zdroj: KAUZIS.SK – https://www.kauzis.sk/judikatura/r/ECLI:SK:KSBA:2016:1215201308.1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