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7Co/248/2016 z 29. 6. 2016</w:t>
      </w:r>
    </w:p>
    <w:p>
      <w:r>
        <w:t>Uznesenie Krajského súdu Bratislava z 29. júna 2016, sp. zn. 7Co/248/2016, ECLI:SK:KSBA:2016:1215204626.1</w:t>
      </w:r>
    </w:p>
    <w:p>
      <w:r>
        <w:t>Súd: Krajský súd Bratislava</w:t>
      </w:r>
    </w:p>
    <w:p>
      <w:r>
        <w:t>Spisová značka: 7Co/248/2016</w:t>
      </w:r>
    </w:p>
    <w:p>
      <w:r>
        <w:t>ECLI: ECLI:SK:KSBA:2016:1215204626.1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7Co/248/2016 Identifikačné číslo súdneho spisu: 1215204626 Dátum vydania rozhodnutia: 30. 06. 2016 Meno a priezvisko sudcu, VSÚ: JUDr. Blanka Podmajerská ECLI: ECLI:SK:KSBA:2016:1215204626.1 Uznesenie Krajský súd v Bratislave v právnej veci navrhovateľky: I. Y., nar. X.XX.XXXX, bytom W. X, X., zastúpenej: Advokátska kancelária HARGAŠ LEGAL, s.r.o., so sídlom Laskomerského 149/6, Bratislava proti odporcom: 1/ APFEL s.r.o., IČO: 36 807 125, so sídlom Stavbárska 38/5177, Bratislava, 2/ Laugofinanc, s.r.o., IČO: 44 350 643, so sídlom Záhumenská 1806/3, Bratislava a 3/ H. W., nar. XX.X.XXXX, bytom W. XXXX/XXX, X., zastúpenom: Y. W., bytom X. XX, X., o určenie neplatnosti dražby, na odvolanie odporcu v 3/ rade proti rozsudku Okresného súdu Bratislava II zo dňa 16.3.2016, č.k. 13C/99/2015-97, jednohlasne (pomerom hlasov 3:0) takto r o z h o d o l : Odvolacie konanie o odvolaní odporcu v 3/ rade sa z a s t a v u j e. Navrhovateľke sa n e p r i z n á v a náhrada trov odvolacieho konania. o d ô v o d n e n i e : V napadnutom rozsudku súd prvého stupňa právne dôvodiac § 15 ods. 1 zák. č. 182/1993 Z.z. o vlastníctve bytov a nebytových priestorov, § 6 ods. 1, § 7 ods. 1, § 1 písm. g), § 10 ods. 1, § 12 ods. 1, 2, 4, 5, § 16 ods. 6, 7, § 17 ods. 1, 2, 3, 5 písm. c), § 20 ods. 7, § 21 ods. 2, 4, § 22 ods. 1 a 4, § 24 ods. 1 zákona č. 527/2002 Z.z. o dobrovoľných dražbách určil, že opakovaná dražba osvedčená notárskou zápisnicou N 693/2014, NZ 47155/2014, NCRIs 47995/2014 zo dňa 24.11.2014, vyhotovená notárom T.. L. T., so sídlom v O., vykonaná dňa 24.11.2014 o 10.00hod. v Notárskom úrade T.. L. T., Y. X, O., ktorej predmetom boli nehnuteľnosti- 1/1-ina bytu číslo XX na X p. vo vchode č. XX na ulici U., bytového domu s.č. XXXX, na pozemku p.č. XXXX/X a XXXX/ X vo P., spoluvlastnícky podiel XXXX/XXXXXX-ín na spoločných častiach a spoločných zariadeniach domu a spoluvlastnícky podiel XXXX/XXXXXX-ín na pozemkoch registra "C", p.č. XXXX/X- zastavané plochy a nádvoria vo výmere 963 m2, p.č. XXXX/X- zastavané plochy a nádvoria vo výmere 96 m2, p.č. XXXX/X- zastavané plochy a nádvoria vo výmere 190 m2, p.č. XXXX/X- zastavané plochy a nádvoria vo výmere 47 m2, zapísané na liste vlastníctva č. XXXX pre katastrálne územie P., obec: BA- m.č.P., okrem Bratislava II, je neplatná a s použitím § 142 ods.1 zák.č. 99/1963 Zb. Občiansky súdny poriadok (ďalej len „ O.s.p.“) priznal navrhovateľke právo na náhradu trov právneho zastúpenia vo výške 245,50 eur , ktorú uložil odporcom v 1/, 2/ a 3/ rade spoločne a nerozdielne zaplatiť v lehote do 15 dní od právoplatnosti rozhodnutia. Odporcov v 1/, 2/ a 3/ rade zároveň zaviazal spoločne a nerozdielne zaplatiť súdny poplatok vo výške 99,50 eur na účet súdu. Proti rozsudku v časti náhrady trov konania a povinnosti zaplatiť súdny poplatok podal v zákonnej lehote odvolanie odporca v 3/ rade v ktorom uviedol, že považuje za spravodlivé, aby poplatky spojené s náhradou trov konania a zaplatenie súdneho poplatku znášal ten, kto pochybil, t.j. odporca v 2/ rade, tak ako to vyplýva z napadnutého rozsudku. V písomnom podaní doručenom súdu dňa 27.5.2016 odporca v 3/ rade oznámil prvostupňovému súdu, že podané odvolanie berie späť. Podľa ust. § 207 O.s.p. vzdať sa odvolania možno len voči súdu, a to až po vyhlásení rozhodnutia. Dokiaľ o odvolaní nebolo rozhodnuté, možno ho vziať späť. Ak niekto vzal odvolanie späť, nemôže ho podať znova. Ak sa odvolanie, o ktorom nebolo rozhodnuté, vzalo späť, odvolací súd odvolacie konanie zastaví. Podľa ust. § 222 ods.1 O.s.p.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Odvolací súd prejednal vec bez nariadenia odvolacieho pojednávania (§ 214 ods. 2 O.s.p.) a pri rozhodovaní prihliadal na okolnosť, že k späťvzatiu odvolania podaného odporcom v 3/ rade proti rozsudku prvostupňového súdu došlo v čase, kedy o ňom nebolo odvolacím súdom rozhodnuté. Z horeuvedených dôvodov odvolací súd odvolacie konanie zastavil (§ 207 O.s.p.). O náhrade trov odvolacieho konania rozhodol podľa § 224 ods.1 O.s.p. v spojení s § 146 ods. 2 vety prvej O.s.p., podľa ktorého ak niektorý z účastníkov zavinil, že konanie sa muselo zastaviť, je povinný uhradiť jeho trovy. Odvolací súd bral do úvahy okolnosť, že k zastaveniu odvolacieho konania došlo v dôsledku procesného zavinenia odporcu v 2/ rade; keďže si však navrhovateľka v súvislosti s predmetným konaním neuplatnila právo na náhradu trov odvolacieho konania a z obsahu spisu jej žiadne trovy odvolacieho konania nevyplývajú (§ 151 ods.1,2 O.s.p.), odvolací súd jej právo na ich náhradu nepriznal. Poučenie: Proti tomuto uzneseniu nie je odvolanie prípustné.</w:t>
      </w:r>
    </w:p>
    <w:p/>
    <w:p>
      <w:r>
        <w:t>Zdroj: KAUZIS.SK – https://www.kauzis.sk/judikatura/r/ECLI:SK:KSBA:2016:1215204626.1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