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6Co/581/2015 z 28. 2. 2016</w:t>
      </w:r>
    </w:p>
    <w:p>
      <w:r>
        <w:t>Uznesenie Krajského súdu Bratislava z 28. februára 2016, sp. zn. 6Co/581/2015, ECLI:SK:KSBA:2016:1215210638.1</w:t>
      </w:r>
    </w:p>
    <w:p>
      <w:r>
        <w:t>Súd: Krajský súd Bratislava</w:t>
      </w:r>
    </w:p>
    <w:p>
      <w:r>
        <w:t>Spisová značka: 6Co/581/2015</w:t>
      </w:r>
    </w:p>
    <w:p>
      <w:r>
        <w:t>ECLI: ECLI:SK:KSBA:2016:1215210638.1</w:t>
      </w:r>
    </w:p>
    <w:p>
      <w:r>
        <w:t>Dátum vydania: 28. 2. 2016</w:t>
      </w:r>
    </w:p>
    <w:p>
      <w:r>
        <w:t>Forma: Uznesenie</w:t>
      </w:r>
    </w:p>
    <w:p>
      <w:pPr>
        <w:pStyle w:val="Heading2"/>
      </w:pPr>
      <w:r>
        <w:t>Text rozhodnutia</w:t>
      </w:r>
    </w:p>
    <w:p>
      <w:r>
        <w:t>Súd: Krajský súd Bratislava Spisová značka: 6Co/581/2015 Identifikačné číslo súdneho spisu: 1215210638 Dátum vydania rozhodnutia: 29. 02. 2016 Meno a priezvisko sudcu, VSÚ: JUDr. Martin Murgaš ECLI: ECLI:SK:KSBA:2016:1215210638.1 Uznesenie Krajský súd v Bratislave v právnej veci žalobcu: Dopravný podnik Bratislava, a. s., Olejkárska ul. č. 1, Bratislava, zast. advokátom JUDr. Vladimírom Kánom, Nám. M. Benku č. 9-C1, Bratislava proti žalovanému: T. L., bytom U.O. D.. Č.. XX, X., t. č. na neznámom mieste, zast. opatrovníčkou O. T., zamestnankyňou Okresného U. X. N., o 70,70 eur, na späťvzatie žaloby vo veci Okresného súdu Bratislava II sp. zn. 21C/188/2015- 17, pomerom hlasov 3:0, takto r o z h o d o l : Späťvzatie žaloby sa p r i p ú š ť a, rozsudok súdu prvého stupňa zo 7. októbra 2015, č. k. 21C/188/2015- 17 sa z r u š u j e a konanie sa z a s t a v u j e . Žalovanému sa nepriznáva náhrada trov konania. Žalobcovi sa po právoplatnosti tohto uznesenia prostredníctvom Slovenskej pošty a.s. vráti súdny poplatok 9,80 eur. o d ô v o d n e n i e : Súd prvého stupňa rozsudkom zo 07.10.2015, č. k. 21C/188/2015- 17 uložil žalovanému povinnosť zaplatiť žalobcovi 70,70 eur a povinnosť nahradiť žalobcovi na účet jeho právneho zástupcu trovy konania 16,50 eur, všetko do 3 dní od právoplatnosti rozsudku. Súd prvého stupňa takto rozhodol, keď mal za preukázané, že žalovaný dňa 02.02.2015 cestoval v dopravnom prostriedku MHD linkou č. 5 a pri kontrole sa nepreukázal platným cestovným lístkom. Vzhľadom na tento skutkový stav súd prvého stupňa žalobe vyhovel a žalovanému uložil povinnosť zaplatiť cestovné 0,70 eur a úhradu pri nepreukázaní sa platným cestovným lístkom vo výške 70,- eur. O trovách konania súd prvého stupňa rozhodol podľa § 142 ods. 1, pričom náhradu trov konania znížil v zmysle § 150 ods. 2 O.s.p.. Žalobca po tom, ako súd prvého stupňa vo veci rozhodol, ale pred tým, než uvedený rozsudok nadobudol právoplatnosť, vzal žalobu späť. Keďže žalobca vzal žalobu späť pred tým, než rozsudok súdu prvého stupňa nadobudol právoplatnosť, odvolací súd postupoval v zmysle § 208 O.s.p., späťvzatie žaloby pripustil, zrušil rozsudok súdu prvého stupňa a konanie zastavil. O trovách konania odvolací súd rozhodol podľa § 146 ods. 2 prvá veta O.s.p. a ich náhradu žalovanému nepriznal, pretože mu v konaní žiadne trovy nevznikli. O vrátení súdneho poplatku žalobcovi odvolací súd rozhodol podľa § 11 ods. 3, 4 zák. č. 71/1992 Zb.. Ide o poplatok za žalobu 16,50 eur krátený o 6,70 eur. Poučenie: Proti tomuto uzneseniu odvolanie nie je prípustné.</w:t>
      </w:r>
    </w:p>
    <w:p/>
    <w:p>
      <w:r>
        <w:t>Zdroj: KAUZIS.SK – https://www.kauzis.sk/judikatura/r/ECLI:SK:KSBA:2016:1215210638.1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