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2Co/218/2015 z 27. 4. 2016</w:t>
      </w:r>
    </w:p>
    <w:p>
      <w:r>
        <w:t>Opravné uznesenie Krajského súdu Bratislava z 27. apríla 2016, sp. zn. 2Co/218/2015, ECLI:SK:KSBA:2016:1215213064.2</w:t>
      </w:r>
    </w:p>
    <w:p>
      <w:r>
        <w:t>Súd: Krajský súd Bratislava</w:t>
      </w:r>
    </w:p>
    <w:p>
      <w:r>
        <w:t>Spisová značka: 2Co/218/2015</w:t>
      </w:r>
    </w:p>
    <w:p>
      <w:r>
        <w:t>ECLI: ECLI:SK:KSBA:2016:1215213064.2</w:t>
      </w:r>
    </w:p>
    <w:p>
      <w:r>
        <w:t>Dátum vydania: 27. 4. 2016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2Co/218/2015 Identifikačné číslo súdneho spisu: 1215213064 Dátum vydania rozhodnutia: 28. 04. 2016 Meno a priezvisko sudcu, VSÚ: JUDr. Darina Kriváňová ECLI: ECLI:SK:KSBA:2016:1215213064.2 Opravné uznesenie Krajský súd v Bratislave v právnej veci navrhovateľa: V. G., W. XX, M., IČO: 41 361 172, proti odporcovi: Ascalon Media House, s.r.o., Turčianska 16, Bratislava, IČO: 44 936 087, zastúpený: SOUKENÍK - ŠTRPKA, s.r.o., IČO: 36 862 711, so sídlom Šoltésovej 14 Bratislava, o zneužívanie osobných údajov, o odvolaní navrhovateľa proti uzneseniu Okresného súdu Bratislava II č.k. 12C 208/2015-38 zo dňa 8.7.2015 takto r o z h o d o l : Krajský súd v Bratislave o p r a v u j e úvodnú časť uznesenia zo dňa 28. októbra 2015 sp.zn. 2Co 218/2015 v označení zástupcu odporcu tak, že namiesto: zastúpený: ADVOKÁTSKA KANCELÁRIA SLIVKA &amp; LEČKOVÁ s.r.o., Turčianska 16, Bratislava, IČO: 35913 754, má tento text znieť nasledovne: SOUKENÍK - ŠTRPKA, s.r.o., IČO: 36 862 711, so sídlom Šoltésovej 14 Bratislava. o d ô v o d n e n i e : Krajský súd v Bratislave v právnej veci navrhovateľa: V.Ú. G., W. XX, M., IČO: 41 361 172, proti odporcovi: Ascalon Media House, s.r.o., Turčianska 16, Bratislava, IČO: 44 936 087, zastúpený: ADVOKÁTSKA KANCELÁRIA SLIVKA &amp; LEČKOVÁ s.r.o., Turčianska 16, Bratislava, IČO: 35913 754, o zneužívanie osobných údajov, o odvolaní navrhovateľa proti uzneseniu Okresného súdu Bratislava II č.k. 12C 208/2015-38 zo dňa 8.7.2015 odmietol odvolanie navrhovateľa, ako podané oneskorene a odporcovi náhradu trov odvolacieho konania nepriznal.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Znenie § 164 umožňuje vykonať opravu aj bez návrhu, ak ide o chyby v písaní, počítaní alebo iné zrejmé nesprávnosti. Musí teda ísť o celkom zjavne spoznateľné pochybenia. Opraviť možno výrok rozsudku, jeho odôvodnenie i poučenie. V prípade, ak sa opravuje výrok rozsudku, musí sa tak urobiť opravným uznesením. Podľa § 167 ods. 2 O.s.p. ak nie je ďalej ustanovené inak, použijú sa na uznesenie primerane ustanovenia o rozsudku. S poukazom na uvedené ustanovenie Krajský súd v Bratislave opravil úvodnú časť uznesenia zo dňa 28. októbra 2015 sp.zn. 2Co 218/2015 v označení zástupcu odporcu tak, že namiesto: zastúpený: ADVOKÁTSKA KANCELÁRIA SLIVKA &amp; LEČKOVÁ s.r.o., Turčianska 16, Bratislava, IČO: 35913 754, má tento text znieť nasledovne: SOUKENÍK - ŠTRPKA, s.r.o., IČO: 36 862 711, so sídlom Šoltésovej 14 Bratislava, pretože v danom prípade ide o zrejmú chybu pri opise rozhodnutia a jeho písomnom vyhotovení, ktorá vyplýva z obsahu spisu Okresného súdu Bratislava II a plnej moci založenej v spise na č.l. 66. Túto zrejmú chybu Krajský súd v Bratislave ako súd odvolací odstránil vydaním tohto opravného uznesenia. Toto rozhodnutie prijal odvolací senát Krajského súdu v Bratislave pomerom hlasov 3:0. Poučenie: Proti tomuto uzneseniu odvolanie nie je prípustné.</w:t>
      </w:r>
    </w:p>
    <w:p/>
    <w:p>
      <w:r>
        <w:t>Zdroj: KAUZIS.SK – https://www.kauzis.sk/judikatura/r/ECLI:SK:KSBA:2016:1215213064.2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