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2Co/353/2015 z 16. 2. 2016</w:t>
      </w:r>
    </w:p>
    <w:p>
      <w:r>
        <w:t>Uznesenie Krajského súdu Bratislava z 16. februára 2016, sp. zn. 2Co/353/2015, ECLI:SK:KSBA:2016:1215220790.1</w:t>
      </w:r>
    </w:p>
    <w:p>
      <w:r>
        <w:t>Súd: Krajský súd Bratislava</w:t>
      </w:r>
    </w:p>
    <w:p>
      <w:r>
        <w:t>Spisová značka: 2Co/353/2015</w:t>
      </w:r>
    </w:p>
    <w:p>
      <w:r>
        <w:t>ECLI: ECLI:SK:KSBA:2016:1215220790.1</w:t>
      </w:r>
    </w:p>
    <w:p>
      <w:r>
        <w:t>Dátum vydania: 16. 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2Co/353/2015 Identifikačné číslo súdneho spisu: 1215220790 Dátum vydania rozhodnutia: 17. 02. 2016 Meno a priezvisko sudcu, VSÚ: JUDr. Mária Hajdínová ECLI: ECLI:SK:KSBA:2016:1215220790.1 Uznesenie Krajský súd v Bratislave v právnej veci navrhovateľky: Q. U. H. W. C. P. Á. , bytom X., P. XX, zastúpená JUDr. Jánom Mišurom, PhD., advokátom, so sídlom Bratislava, Záhradnícka 27, proti odporcovi: Mestská časť Bratislava - Ružinov, so sídlom Bratislava, Mierová 21, o uloženie povinnosti opakovane uzavrieť nájomnú zmluvu, s príslušenstvom, o návrhu na nariadenie predbežného opatrenia, vedenej na Okresnom súde Bratislava II. pod sp. zn. 67C 43/2015, o späťvzatí návrhu na nariadenie predbežného opatrenia po rozhodnutí súdu prvého stupňa, takto r o z h o d o l : Odvolací súd p r i p ú š ť a späťvzatie návrhu na nariadenie predbežného opatrenia, uznesenie Okresného súdu Bratislava II. zo dňa 14. septembra 2015, č.k. 67C 43/2015-101, z r u š u j e a konanie o nariadenie predbežného opatrenia z a s t a v u j e . o d ô v o d n e n i e : Okresný súd Bratislava II. uznesením zo dňa 14.09.2015, č.k. 67C 43/2015-101, nariadil predbežné opatrenia tak, že uložil odporcovi povinnosť zdržať sa akýchkoľvek úkonov smerujúcich k vyprataniu navrhovateľky z 2-izbového sociálneho bytu o výmere 57,54 m2 na ulici P. Č.. XX, III. poschodie, číslo bytu X-S..X, zapísaného na LV č. XXXX, katastrálne územie O., Obec X. - T..Č.. G., okres X. N.., nachádzajúceho sa v bytovom dome súp.č. XXXX, vybudovanom na parcele č. XXXXX/XXX, XXXXX/ XXX. Uznesenie odôvodnil ustanovením § 102 ods. 1, § 76 ods. 1 písm. f/ O.s.p. Proti tomuto uzneseniu podal včas odvolanie odporca. Dňa 30.11.2015 zobrala navrhovateľka svoj návrh na začatie konania späť v celom rozsahu z dôvodu uzavretia nájomnej zmluvy medzi účastníkmi, vzťahujúcej sa k tomu istému predmetu nájmu a navrhla konanie zastaviť, a súčasne priznať jej náhradu trov konania a náhradu trov právneho zastúpenia. Podaním doručeným odvolaciemu súdu dňa 23.12.2015 zobrala navrhovateľka svoj návrh na nariadenie predbežného opatrenia späť (z dôvodu späťvzatia návrhu vo veci samej) a taktiež navrhla konanie o predbežnom opatrení zastaviť. Odporca vyjadril svoj súhlas so späťvzatím návrhu na nariadenie predbežného opatrenia podaním doručeným súdu dňa 02.02.2016. Odvolací súd prejednal vec (§ 212 ods. l, § 214 ods. 2 O.s.p.) a dospel k záveru, že nie sú dané žiadne dôvody, ktoré by odôvodňovali nepripustenie späťvzatia návrhu na nariadenie predbežného opatrenia. Podľa § 208 Občianskeho súdneho poriadku ak je návrh na začatie konania vzatý späť, keď už rozhodol súd prvého stupňa, ale jeho rozhodnutie nie je dosiaľ právoplatné, odvolací súd rozhodne o pripustení späťvzatia. Súd späťvzatie nepripustí, ak druhý účastník s tým nesúhlasí. Ak späťvzatie pripustí, odvolací súd zruší rozhodnutie súdu prvého stupňa a konanie zastaví. Do dispozície účastníka konania, ktorý podal návrh na začatie konania, rovnako aj návrh na nariadenie predbežného opatrenia, patrí aj možnosť návrh vziať kedykoľvek späť, a to až dovtedy, kým o ňom nebolo právoplatne rozhodnuté, teda aj po rozhodnutí súdom prvého stupňa dovtedy, kým nenadobudlo právoplatnosť. V prejednávanej veci po nariadení predbežného opatrenia súdom prvého stupňa, ktoré v okamihu späťvzatia návrhu na nariadenie predbežného opatrenia nenadobudlo právoplatnosť, navrhovateľka zobrala návrh na nariadenie predbežného opatrenia späť v celom rozsahu; odporca so späťvzatím návrhu vyslovil svoj súhlas podaním doručeným súdu dňa 02.02.2016. Za týchto okolností odvolací súd, už bez ďalšieho, späťvzatie návrhu pripustil, zrušil napadnuté uznesenie a konanie o nariadenie predbežného opatrenia zastavil (porovnaj m.m. R 25/1984, R 19/2008). O náhrade trov konania rozhodne súd prvého stupňa pri rozhodovaní vo veci samej. Odvolací súd prijal rozhodnutie jednohlasne (§ 3 ods. 9 zákona č. 757/2004 Z.z. o súdoch a o zmene a doplnení niektorých zákonov v znení účinnom od 1.5.2011). Poučenie: Proti tomuto uzneseniu odvolanie nie je prípustné.</w:t>
      </w:r>
    </w:p>
    <w:p/>
    <w:p>
      <w:r>
        <w:t>Zdroj: KAUZIS.SK – https://www.kauzis.sk/judikatura/r/ECLI:SK:KSBA:2016:1215220790.1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