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8Co/64/2016 z 23. 3. 2016</w:t>
      </w:r>
    </w:p>
    <w:p>
      <w:r>
        <w:t>Uznesenie Krajského súdu Bratislava z 23. marca 2016, sp. zn. 8Co/64/2016, ECLI:SK:KSBA:2016:1215221850.1</w:t>
      </w:r>
    </w:p>
    <w:p>
      <w:r>
        <w:t>Súd: Krajský súd Bratislava</w:t>
      </w:r>
    </w:p>
    <w:p>
      <w:r>
        <w:t>Spisová značka: 8Co/64/2016</w:t>
      </w:r>
    </w:p>
    <w:p>
      <w:r>
        <w:t>ECLI: ECLI:SK:KSBA:2016:1215221850.1</w:t>
      </w:r>
    </w:p>
    <w:p>
      <w:r>
        <w:t>Dátum vydania: 23. 3. 2016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Bratislava Spisová značka: 8Co/64/2016 Identifikačné číslo súdneho spisu: 1215221850 Dátum vydania rozhodnutia: 24. 03. 2016 Meno a priezvisko sudcu, VSÚ: JUDr. Jana Vlčková ECLI: ECLI:SK:KSBA:2016:1215221850.1 Uznesenie Krajský súd v Bratislave v právnej veci navrhovateľa: Rozhlas a televízia Slovenska, so sídlom Mlynská dolina, 845 45 Bratislava, IČO: 47 232 480, proti odporcovi: et cetera, s.r.o., so sídlom Bajkalská 29, Bratislava, IČO: 35 934 514, o zaplatenie 451,12 eur s príslušenstvom, o späťvzatí návrhu navrhovateľa po vydaní rozsudku Okresného súdu Bratislava II, zo dňa 16. decembra 2015, č.k. 67C 58/2015-29, jednohlasne takto r o z h o d o l : Odvolací súd späťvzatie návrhu p r i p ú š ť a , rozsudok súdu prvého stupňa z r u š u j e a konanie z a s t a v u j e . Odporca je povinný zaplatiť navrhovateľovi náhradu trov konania vo výške 27 eur, do troch dní od právoplatnosti tohto uznesenia. o d ô v o d n e n i e : Rozsudkom zo dňa 16. decembra 2015, č.k. 67C/58/2015-29, uložil súd prvého stupňa odporcovi povinnosť zaplatiť navrhovateľovi sumu 451,12 eur spolu s príslušenstvom v sume 2,65 eur; titulom nedoplatku na úhradách za služby verejnosti poskytovanej navrhovateľom podľa zák. č. 340/2012 Z.z. O trovách konania rozhodol podľa § 142 ods. 1 O.s.p. a úspešnému navrhovateľovi priznal náhradu trov konania za zaplatený súdny poplatok za návrh vo výške 27 eur. Po vyhlásení rozsudku; pred tým, než rozsudok súdu prvého stupňa nadobudol právoplatnosť; navrhovateľ písomným podaním zo dňa 21.12.2015 zobral svoj návrh na začatie konania v celom rozsahu späť a konanie žiadal zastaviť z dôvodu, že odporca po podaní návrhu; dňa 26.11.2015; dlžnú sumu s príslušenstvom zaplatil. Odvolací súd prejednal vec podľa § 208 O.s.p., bez nariadenia odvolacieho pojednávania podľa § 214 ods. 2 O.s.p. a vzhľadom na to, že navrhovateľ zobral späť návrh po tom, čo už rozhodol súd prvého stupňa, avšak jeho rozsudok nenadobudol ešte právoplatnosť; a odporca nemal voči späťvzatiu návrhu žiadne námietky; späťvzatie návrhu navrhovateľom pripustil, rozsudok súdu prvého stupňa zrušil, a keďže týmto dispozitívnym úkonom navrhovateľa zanikol celý predmet konania, konanie zastavil (§ 208 O.s.p.). O trovách konania rozhodol odvolací súd podľa § 224 ods. 1,2 O.s.p. v spojení s § 146 ods. 2 veta druhá O.s.p., a nakoľko navrhovateľ vzal dôvodne podaný návrh späť pre správanie odporcu, priznal mu náhradu trov konania za zaplatený súdny poplatok za návrh vo výške 27 eur. Poučenie: Proti tomuto uzneseniu odvolanie nie je prípustné.</w:t>
      </w:r>
    </w:p>
    <w:p/>
    <w:p>
      <w:r>
        <w:t>Zdroj: KAUZIS.SK – https://www.kauzis.sk/judikatura/r/ECLI:SK:KSBA:2016:1215221850.1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