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3Cob/142/2016 z 29. 6. 2016</w:t>
      </w:r>
    </w:p>
    <w:p>
      <w:r>
        <w:t>Uznesenie Krajského súdu Bratislava z 29. júna 2016, sp. zn. 3Cob/142/2016, ECLI:SK:KSBA:2016:1215227633.1</w:t>
      </w:r>
    </w:p>
    <w:p>
      <w:r>
        <w:t>Súd: Krajský súd Bratislava</w:t>
      </w:r>
    </w:p>
    <w:p>
      <w:r>
        <w:t>Spisová značka: 3Cob/142/2016</w:t>
      </w:r>
    </w:p>
    <w:p>
      <w:r>
        <w:t>ECLI: ECLI:SK:KSBA:2016:1215227633.1</w:t>
      </w:r>
    </w:p>
    <w:p>
      <w:r>
        <w:t>Dátum vydania: 29. 6.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3Cob/142/2016 Identifikačné číslo súdneho spisu: 1215227633 Dátum vydania rozhodnutia: 30. 06. 2016 Meno a priezvisko sudcu, VSÚ: JUDr. Elena Ondrišová ECLI: ECLI:SK:KSBA:2016:1215227633.1 Uznesenie Krajský súd v Bratislave v právnej veci navrhovateľa Bratislavská vodárenská spoločnosť, a.s., so sídlom Prešovská 48, Bratislava IČO: 35 850 370 zast. Advokátska kancelária Roštár - Slovák, s.r.o., Révova 7, Bratislava proti odporcovi 1) Mestská časť Bratislava - Ružinov, Mierová 21, Bratislava, IČO: 00 603 155, 2) Hlavné mesto Slovenskej republiky Bratislava, Primaciálne námestie 1, Bratislava, IČO: 00 603 481, o odvolaní navrhovateľa proti uzneseniu Okresného súdu Bratislava II v Bratislave č.k. 22Cb/517/2015-43 z 9.3.2016 jednohlasne takto r o z h o d o l : Krajský súd v Bratislave uznesenie Okresného súdu Bratislava II v Bratislave č.k. 22Cb/517/2015-43 z 9.3.2016 z r u š u j e a vec v r a c i a súdu prvého stupňa na ďalšie konanie. o d ô v o d n e n i e : Napadnutým uznesením súd prvého stupňa odmietol podanie navrhovateľa doručené súdu prvého stupňa dňa 23.12.2015 a doplnené dňa 8.3.2016 podľa § 43 ods. 1 a 2 O.s.p. V odôvodnení uviedol, že petit návrhu aj po doplnení je stále neurčitý, keď navrhovateľ necháva výlučne na posúdení súdu, ktorý z odporcov má platiť, teda nie je zrejmé, ktorého z odporcov vlastne žaluje. So zreteľom na uvedené uviedol, že ide o taký nedostatok konania, pre ktorý nemožno v konaní pokračovať. Proti tomuto uzneseniu podal včas odvolanie navrhovateľ navrhujúc ho zrušiť a vec vrátiť súdu prvého stupňa na ďalšie konanie. Navrhovateľ namietal, že mu postupom súdu bolo znemožnené realizovanie jeho procesných oprávnení priznaných mu za účelom ochrany jeho práv a právom chránených záujmov. Uviedol, že dostatočne určito a zrozumiteľne uviedol čoho sa podaním domáha. Poukázal na to, že súčasťou rozhodnutia súdu vo veci samej je aj posudzovanie, či účastník konania je v tej ktorej veci aktívne alebo pasívne legitimovaný. Poukázal ďalej na to, že jeho postup vyplýva z nejednoznačnosti právnej úpravy zák. č. 422/2002 Z.z. a zák. č. 276/2001 Z.z. a zo zásady hospodárnosti konania v rozpore s ktorou by bolo podanie dvoch totožných žalôb voči dvom rôznym odporcom. Poukázal tiež na tú skutočnosť, že ak by návrh podal len voči jednému z odporcov mohol by tým spôsobiť premlčanie nároku voči druhému z odporcov. Odvolací súd prejednal vec podľa § 212 ods. 1 a § 214 ods. 2 O.s.p. bez nariadenia pojednávania a dospel k záveru, že napadnuté uznesenie nie je vecne správne. Súd prvého stupňa odmietol návrh navrhovateľa doručený súdu dňa 23.12.2015 doplnený podaním doručeným dňa 8.3.2016, z dôvodu neurčitosti petitu. Odvolací súd sa stotožnil s návrhom odvolateľa, že z petitu návrhu je zrejmé, čoho sa navrhovateľ domáha. Odvolací súd je súhlasne s odvolateľom toho názoru, že posúdenie, ktorý z odporcov je pasívne legitimovaný je vecou súdu a navrhovateľovi nič nebránilo namiesto dvoch samostatných návrhov voči jednotlivým odporcom podať proti obidvom súčasne predmetný návrh. So zreteľom na uvedené sa odvolací súd stotožnil s návrhom navrhovateľa, že mu postupom súdu bola odňatá možnosť konať pred súdom a preto napadnuté uznesenie podľa § 221 ods. 1 písm. f) O.s.p. zrušil a vec mu podľa § 221 ods. 2 O.s.p. vrátil na ďalšie konanie. Poučenie: Proti tomuto uzneseniu odvolanie nie je prípustné.</w:t>
      </w:r>
    </w:p>
    <w:p/>
    <w:p>
      <w:r>
        <w:t>Zdroj: KAUZIS.SK – https://www.kauzis.sk/judikatura/r/ECLI:SK:KSBA:2016:1215227633.1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