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4Sa/15/2016 z 24. 8. 2016</w:t>
      </w:r>
    </w:p>
    <w:p>
      <w:r>
        <w:t>Uznesenie Krajského súdu Bratislava z 24. augusta 2016, sp. zn. 4Sa/15/2016, ECLI:SK:KSBA:2016:1216209080.1</w:t>
      </w:r>
    </w:p>
    <w:p>
      <w:r>
        <w:t>Súd: Krajský súd Bratislava</w:t>
      </w:r>
    </w:p>
    <w:p>
      <w:r>
        <w:t>Spisová značka: 4Sa/15/2016</w:t>
      </w:r>
    </w:p>
    <w:p>
      <w:r>
        <w:t>ECLI: ECLI:SK:KSBA:2016:1216209080.1</w:t>
      </w:r>
    </w:p>
    <w:p>
      <w:r>
        <w:t>Dátum vydania: 24. 8. 2016</w:t>
      </w:r>
    </w:p>
    <w:p>
      <w:r>
        <w:t>Forma: Uznesenie</w:t>
      </w:r>
    </w:p>
    <w:p>
      <w:pPr>
        <w:pStyle w:val="Heading2"/>
      </w:pPr>
      <w:r>
        <w:t>Text rozhodnutia</w:t>
      </w:r>
    </w:p>
    <w:p>
      <w:r>
        <w:t>Súd: Krajský súd Bratislava Spisová značka: 4Sa/15/2016 Identifikačné číslo súdneho spisu: 1216209080 Dátum vydania rozhodnutia: 25. 08. 2016 Meno a priezvisko sudcu, VSÚ: JUDr. Ľubomír Šramko ECLI: ECLI:SK:KSBA:2016:1216209080.1 Uznesenie Krajský súd v Bratislave v právnej veci žalobcu: N.. L. Z., bytom W. XX/E, X., proti žalovanej: Sociálna poisťovňa, pobočka Bratislava so sídlom Záhradnícka 31, Bratislava o zrušenie rozhodnutia žalovanej Číslo: 700-0213001216-GC04/16 zo dňa 11.4.2016, takto r o z h o d o l : Krajský súd v Bratislave konanie z a s t a v u j e . Po právoplatnosti tohto uznesenia vec p o s t u p u j e Sociálnej poisťovni - ústrediu na ďalšie konanie ako orgánu príslušnému konať vo veci. Žiaden z účastníkov nemá právo na náhradu trov konania. o d ô v o d n e n i e : Dňa 31.5.2016 bola Okresnému súdu Bratislava II doručená žaloba o zrušenie rozhodnutia Sociálnej poisťovne, pobočky Bratislava sp. zn. 700-0213001216-GC04/16 zo dňa 11.4.2016. Napadnutým rozhodnutím predpísala žalovaná žalobcovi podľa § 178 ods. 1 písm. a), 9. bod a § 240 zákona č. 461/2003 Z.z. o sociálnom poistení (ďalej ako „zákon o sociálnom poistení“) penále vo výške 430,92,- eur z dlžnej sumy poistného za obdobia júl až december 2008. Uznesením Okresného súdu Bratislava II č.k. 16C/96/2016-15 zo 6.6.2016 bola vec postúpená Krajskému súdu v Bratislave. Krajskému súdu v Bratislave bol predmetný spis doručený 21.7.2016 a bola mu pridelená spisová značka 4Sa/15/2016. Ako to je zrejmé z obsahu žaloby, jej predmetom je opravný prostriedok voči prvostupňovému neprávoplatnému rozhodnutiu žalovanej. Podľa § 178 ods. 1 písm. a) bod 9 zákona o sociálnom poistení, do pôsobnosti pobočky patrí rozhodovať v prvom stupni o uložení pokuty a penále. Podľa § 179 ods. 1 písm. b) zákona o sociálnom poistení, do pôsobnosti ústredia patrí rozhodovať v druhom stupni vo veciach, o ktorých rozhodovať v prvom stupni patrí do pôsobnosti pobočky. Podľa § 492 ods. 1 zák. č. 162/2015 Z.z. Správny súdny poriadok (ďalej len „SSP“) konania podľa tretej hlavy piatej časti Občianskeho súdneho poriadku začaté predo dňom nadobudnutia účinnosti tohto zákona sa dokončia podľa doterajších predpisov. Podľa § 250l ods. 1 Občianskeho súdneho poriadku (ďalej len „O.s.p.“) podľa ustanovení tejto hlavy sa postupuje v prípadoch, v ktorých zákon zveruje súdom rozhodovanie o opravných prostriedkoch proti neprávoplatným rozhodnutiam správnych orgánov.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Ako to je zrejmé z vyššie uvedeného, podaná žaloba je opravným prostriedkom (odvolaním) žalobcu voči prvostupňovému, neprávoplatnému rozhodnutiu žalovanej, pričom žaloba bola doručená Okresnému súdu Bratislava II 31.5.2016, ktorým dňom začalo konanie na súde. Teda za účinnosti Občianskeho súdneho poriadku. S poukazom na uvedenú skutočnosť dochádza k aplikáciu vyššie citovaného § 492 ods. 1 SSP. Predmetom konania je opravný prostriedok - odvolanie žalobcu (nazvaný ako „žaloba“) voči napadnutému, neprávoplatnému rozhodnutiu žalovanej. S poukazom na cit. ust. § 179 ods. 1 písm. b) zákona o sociálnom poistení je správnym orgánom, príslušným na rozhodovanie v druhom stupni vo veci o ktorej rozhodla žalovaná (pobočka) napadnutým rozhodnutím Sociálna poisťovňa - ústredie. Ide teda o neodstrániteľný nedostatok podmienky konania na súde. Pretože na rozhodnutie o odvolaní voči neprávoplatnému prvostupňovému rozhodnutiu žalovanej nie je vecne príslušný súd, ale Sociálna poisťovňa - ústredie ako odvolací (druhostupňový) správny orgán, rozhodol súd tak, ako to je uvedené vo výroku tohto uznesenia. Po právoplatnosti tohto uznesenia bude vec postúpená Sociálnej poisťovni - ústredie ako orgánu príslušnému konať v tejto veci a rozhodnúť v jej merite. O trovách konania rozhodol Krajský súd v Bratislave podľa § 146 ods. 1 písm. c) O.s.p., podľa ktorého nemá žiaden z účastníkov právo na náhradu trov konania, ak bolo konanie zastavené. Poučenie: Proti tomuto uzneseniu odvolanie nie je prípustné (§246c ods. 1, veta druhá).</w:t>
      </w:r>
    </w:p>
    <w:p/>
    <w:p>
      <w:r>
        <w:t>Zdroj: KAUZIS.SK – https://www.kauzis.sk/judikatura/r/ECLI:SK:KSBA:2016:1216209080.1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