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7Co/451/2016 z 27. 12. 2016</w:t>
      </w:r>
    </w:p>
    <w:p>
      <w:r>
        <w:t>Uznesenie Krajského súdu Bratislava z 27. decembra 2016, sp. zn. 7Co/451/2016, ECLI:SK:KSBA:2016:1216215409.1</w:t>
      </w:r>
    </w:p>
    <w:p>
      <w:r>
        <w:t>Súd: Krajský súd Bratislava</w:t>
      </w:r>
    </w:p>
    <w:p>
      <w:r>
        <w:t>Spisová značka: 7Co/451/2016</w:t>
      </w:r>
    </w:p>
    <w:p>
      <w:r>
        <w:t>ECLI: ECLI:SK:KSBA:2016:1216215409.1</w:t>
      </w:r>
    </w:p>
    <w:p>
      <w:r>
        <w:t>Dátum vydania: 27.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7Co/451/2016 Identifikačné číslo súdneho spisu: 1216215409 Dátum vydania rozhodnutia: 28. 12. 2016 Meno a priezvisko sudcu, VSÚ: JUDr. Blanka Podmajerská ECLI: ECLI:SK:KSBA:2016:1216215409.1 Uznesenie Krajský súd v Bratislave v senáte zloženom z predsedníčky senátu JUDr. Blanky Podmajerskej a členov senátu JUDr. Blanky Malichovej a Mgr. Adely Unčovskej, v právnej veci žalobcov: 1/ H.. V. Z., nar.: X.X.XXXX, bytom L. R. XX, V., 2/ H.. Z. Z., nar.: X.XX.XXXX, bytom L. R. XX, V., obaja zastúpení: JUDr. Tomáš Klieštenec, advokát so sídlom M. Waltariho 7, 921 01 Piešťany, proti žalovaným: 1/ A.. E. R., nar. XX.X.XXXX, bytom F. XXXXX/XX, XXX XX L., 2/ H.. L. R., nar. XX.X.XXXX, bytom F. XXXXX/XX, XXX XX L., o zaplatenie 57.159,20 eur s príslušenstvom, o späťvzatí žaloby, jednomyseľne takto r o z h o d o l : Pripúšťa sa späťvzatie žaloby, platobný rozkaz Okresného súdu Bratislava II zo dňa 17.10.2016, č. k. 10C/163/2016-56 sa z r u š u j e a konanie sa z a s t a v u j e. Žalobcom 1/,2/ sa proti žalovaným 1/,2/ nepriznáva nárok na náhradu trov konania. o d ô v o d n e n i e : 1. Okresný súd Bratislava II platobným rozkazom zo dňa 17.10.2016, č. k. 10C/163/2016-56 zaviazal žalovaných 1/ a 2/ spoločne a nerozdielne zaplatiť žalobcom sumu 57.159,20 eur s úrokom z omeškania vo výške 5 % ročne zo žalovanej sumy od 2.4.2016 do zaplatenia s tým, že plnením jedného z nich zaniká v rozsahu plnenia povinnosť ostatných. Žalovaných 1/ a 2/ zaviazal spoločne a nerozdielne zaplatiť žalobcom náhradu trov konania vo výške 5.402,04 eur, na účet ich právneho zástupcu s tým, že plnením jedného z nich zaniká v rozsahu plnenia povinnosť ostatných. 2. Žalobcovia 1/ a 2/ v písomnom podaní doručenom súdu prvej inštancie dňa 4.11.2016 oznámili, že berú žalobu v plnom rozsahu späť a žiadali konanie zastaviť. 3. Podľa § 370 ods. 1 zákona č. 160/2015 Z.z. Civilný sporový poriadok (ďalej len „C.s.p.“) ak je žaloba vzatá späť po rozhodnutí súdu prvej inštancie, ale skôr, ako rozhodnutie nadobudlo právoplatnosť, odvolací súd rozhodne o pripustení späťvzatia. Podľa § 370 ods. 2 C.s.p. súd späťvzatie žaloby nepripustí, ak s tým protistrana z vážnych dôvodov nesúhlasí. Ak späťvzatie žaloby pripustí, odvolací súd zruší rozhodnutie súdu prvej inštancie a konanie zastaví. 4. V prejednávanej veci z obsahu spisu vyplýva, že žalobcovia 1/ a 2/ prevzali platobný rozkaz vydaný súdom prvej inštancie dňa 25.10.2016 (prostredníctvom svojho právneho zástupcu) a žalovaní 1/ a 2/ platobný rozkaz prevzali dňa 24.10.2016. Žalobcovia doručili späťvzatie žaloby súdu prvej inštancie dňa 4.11.2016, teda v pätnásťdňovej lehote od doručenia platobného rozkazu. 5. Pretože žalobcovia vzali žalobu späť v čase po rozhodnutí súdu prvej inštancie, avšak predtým ako sa toto rozhodnutie stalo právoplatným, pričom žalovaní súhlasili so späťvzatím žaloby v Dohode o urovnaní zo dňa 4.11.2016, ktorú priložili k späťvzatiu žaloby, odvolací súd po prejednaní veci bez pojednávania, podľa § 385 ods. 1 C.s.p. postupoval v zmysle ust. § 370 C.s.p., pripustil späťvzatie žaloby, zrušil platobný rozkaz súdu prvej inštancie a konanie zastavil. 6. O náhrade trov konania odvolací súd rozhodoval podľa ust. § 396 ods.1 C.s.p. v spojení s § 256 ods. 1 C.s.p. pri zohľadnení vôle strán k otázke trov konania zakotvenej v Dohode o urovnaní zo dňa 4.11.2016 ( analogické použitie uznesenia NS SR z 26.10.2016, sp.zn. 6 Cdo 544/2015). 7.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https://www.kauzis.sk/judikatura/r/ECLI:SK:KSBA:2016:1216215409.1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