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14Co/190/2012 z 16. 5. 2016</w:t>
      </w:r>
    </w:p>
    <w:p>
      <w:r>
        <w:t>Opravné uznesenie Krajského súdu Bratislava z 16. mája 2016, sp. zn. 14Co/190/2012, ECLI:SK:KSBA:2016:1304110962.5</w:t>
      </w:r>
    </w:p>
    <w:p>
      <w:r>
        <w:t>Súd: Krajský súd Bratislava</w:t>
      </w:r>
    </w:p>
    <w:p>
      <w:r>
        <w:t>Spisová značka: 14Co/190/2012</w:t>
      </w:r>
    </w:p>
    <w:p>
      <w:r>
        <w:t>ECLI: ECLI:SK:KSBA:2016:1304110962.5</w:t>
      </w:r>
    </w:p>
    <w:p>
      <w:r>
        <w:t>Dátum vydania: 16. 5. 2016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14Co/190/2012 Identifikačné číslo súdneho spisu: 1304110962 Dátum vydania rozhodnutia: 17. 05. 2016 Meno a priezvisko sudcu, VSÚ: JUDr. Katarína Javorčíková ECLI: ECLI:SK:KSBA:2016:1304110962.5 Opravné uznesenie Krajský súd v Bratislave v právnej veci navrhovateľov v 1. rade: P.. M. L., B. B., Q. Č.. X T. V. X. J.: L. L., B. Ž., F. L. U. Č.. XX/XX, obaja zast. advokátom P.. E. Q., B., V. Č.. XX, proti odporcovi: NEHNUTEĽNOSTI s.r.o., Bratislava, Lopúchovej č. 1, IČO: 35 831 693, zast. advokátom P.. M. A., B., V. Č.. XX, za účasti vedľajšieho účastníka na strane odporcu: Q. K., T..Q.., B., A.H. XX, o určenie vlastníckeho práva k nehnuteľnosti, na odvolanie odporcu a vedľajšieho účastníka na strane odporcu proti rozsudku Okresného súdu Bratislava III v Bratislave zo dňa 7.11.2011, č.k. 13C/43/2004-244, pomerom hlasov 3:0, takto r o z h o d o l : Odvolací súd výrok rozsudku zo dňa 15.12.2015, č.k. 14Co/190/2012-362, ktorým zaviazal odporcu zaplatiť navrhovateľom náhradu trov odvolacieho konania, výška ktorých bude vyčíslená v písomnom vyhotovení rozsudku o p r a v u j e tak, že výrok správne znie: „Odporca je povinný zaplatiť navrhovateľom náhradu trov odvolacieho konania k rukám ich právneho zástupcu vo výške 1.582,85 eur do troch dní od právoplatnosti tohto rozsudku“. Vo zvyšnej časti ostáva rozhodnutie n e z m e n e n é . o d ô v o d n e n i e : Krajský súd v Bratislave ako súd odvolací svojím rozsudkom zo dňa 15.12.2015, č.k. 14Co/190/2012-362, rozhodol tak, že napadnutý rozsudok súdu prvého stupňa potvrdil tak, že určil, že navrhovatelia sú podielovými spoluvlastníkmi parc. č. XXXX/XX ostatná plocha o výmere XXX m2, vytýčenej geometrickým plánom úradne overeným pod č. XXXX/XX, situovanej v kat. úz. V. pre H. B. - F. Č. B. Z. F., každý v podiele 1., zapísanej na liste vlastníctva č. XXXX Okresného Ú. B., A. H.. Výrok o trovách konania prvostupňového rozsudku potvrdil. Zároveň zavial odporcu zaplatiť navrhovateľom náhradu trov odvolacieho konania, výška ktorých bude vyčíslená v písomnom vyhotovení rozsudku. Pri vyhotovení písomného rozsudku došlo k zrejmej nesprávnosti, spočívajúcej v rozpore medzi jeho výrokom, ktorým odvolací súd zaviazal odporcu zaplatiť náhradu trov odvolacieho konania, výška ktorých bude vyčíslená v písomnom vyhotovení rozsudku a odôvodnením, v ktorom odvolací súd už priznané trovy odvolacieho konania presne vyčíslil v rozsahu, ako ich uplatnil právny zástupca navrhovateľov, a to v celkovej výške 1.582,85 eur.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O.s.p., ak tento zákon neustanovuje inak, pre konanie na odvolacom súde platia primerane ustanovenia o konaní pred súdom prvého stupňa. V zmysle vyššie citovaných ustanovení odvolací súd vzniknuté pochybenie týmto opravným uznesením odstránil. Poučenie: Proti tomuto uzneseniu odvolanie nie prípustné.</w:t>
      </w:r>
    </w:p>
    <w:p/>
    <w:p>
      <w:r>
        <w:t>Zdroj: KAUZIS.SK – https://www.kauzis.sk/judikatura/r/ECLI:SK:KSBA:2016:1304110962.5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