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6Co/526/2014 z 30. 3. 2016</w:t>
      </w:r>
    </w:p>
    <w:p>
      <w:r>
        <w:t>Uznesenie Krajského súdu Bratislava z 30. marca 2016, sp. zn. 6Co/526/2014, ECLI:SK:KSBA:2016:1306224843.1</w:t>
      </w:r>
    </w:p>
    <w:p>
      <w:r>
        <w:t>Súd: Krajský súd Bratislava</w:t>
      </w:r>
    </w:p>
    <w:p>
      <w:r>
        <w:t>Spisová značka: 6Co/526/2014</w:t>
      </w:r>
    </w:p>
    <w:p>
      <w:r>
        <w:t>ECLI: ECLI:SK:KSBA:2016:1306224843.1</w:t>
      </w:r>
    </w:p>
    <w:p>
      <w:r>
        <w:t>Dátum vydania: 30. 3. 2016</w:t>
      </w:r>
    </w:p>
    <w:p>
      <w:r>
        <w:t>Forma: Uznesenie</w:t>
      </w:r>
    </w:p>
    <w:p>
      <w:pPr>
        <w:pStyle w:val="Heading2"/>
      </w:pPr>
      <w:r>
        <w:t>Text rozhodnutia</w:t>
      </w:r>
    </w:p>
    <w:p>
      <w:r>
        <w:t>Súd: Krajský súd Bratislava Spisová značka: 6Co/526/2014 Identifikačné číslo súdneho spisu: 1306224843 Dátum vydania rozhodnutia: 31. 03. 2016 Meno a priezvisko sudcu, VSÚ: JUDr. Darina Kuchtová ECLI: ECLI:SK:KSBA:2016:1306224843.1 Uznesenie Krajský súd v Bratislave v právnej veci navrhovateľa: ENERGOSERVIS Janda s.r.o., IČO: 26 782 332, so sídlom v Českej republike, Ostrava - Mariánske Hory, ul. 28. října 829/270, zast. advokátom Mgr. Pavlom Hosom, so sídlom AK v Bratislave, Veternicová 10 proti odporcovi: C.. W.. I. D., L.. XX.XX.XXXX, P. J. B., B. Č.. X, štátny občan SR, v konaní o zaplatenie 491,73 eur (14.814,- Sk) s prísl., na odvolanie odporcu proti uzneseniu Okresného súdu v Pezinku zo dňa 05. septembra 2013, č.k. 4C/220/2008-306, takto r o z h o d o l : Krajský súd v Bratislave uznesenie Okresného súdu v Pezinku zo dňa 05. septembra 2013, č.k. 4C/220/2008-306 p o t v r d z u j e . o d ô v o d n e n i e : Napadnutým uznesením súd prvého stupňa uložil odporcovi povinnosť, aby v lehote 10 dní od doručenia uznesenia zaplatil súdny poplatok za odvolanie 29,- eur a to podľa položky č. 1 zák. č. 71/1992 Zb. v znení neskorších predpisov Sadzobníka súdnych poplatkov a poplatku za výpis z registra trestov, teda 6 % z hodnoty predmetu sporu. Proti tomuto uzneseniu v zákonom stanovenej lehote podal odvolanie odporca, ktorý žiadal napadnuté uznesenie zrušiť a vec vrátiť súdu prvého stupňa na ďalšie konanie a rozhodnutie. Mal za to, že napadnuté uznesenie je nezákonné, keď poplatok za odvolanie by mal činiť 29,50 eur, čo predstavuje 6 % z hodnoty sporu a nie 29,- eur, ako je uvedené v napadnutom uznesení. Krajský súd v Bratislave, ako súd odvolací (§ 10 ods. 1 O.s.p.), prejednal odvolanie odporcu v súlade s ust. § 212 ods. 1 O.s.p., v spojení s ust. § 214 ods. 2 O.s.p. a dospel k záveru, že odvolaniu odporcu nie je možné vyhovieť z nasledovných dôvodov. Z obsahu spisu vyplýva, že súd prvého stupňa rozsudkom zo dňa 12.03.2013, pod č.k. 4C/220/2008-255 zaviazal odporcu zaplatiť navrhovateľovi sumu 491,73 eur so 7 % ročným úrokom z omeškania od 19.01.2007 až do zaplatenia a zároveň odporcu zaviazal nahradiť navrhovateľovi trovy prvostupňového konania tak, ako sú vyčíslené vo výroku rozsudku súdu prvého stupňa. Proti tomuto rozsudku podal v zákonom stanovenej lehote odvolanie odporca a žiadal, aby odvolací súd rozsudok súdu prvého stupňa zmenil tak, že návrh navrhovateľa zamietne a odporcovi prizná trovy prvostupňového a odvolacieho konania. Vzhľadom na podané odvolanie, súd prvého stupňa napadnutým uznesením zo dňa 05.09.2013 uložil odporcovi zaplatiť súdny poplatok za odvolanie vo výške 29,- eur. Podľa § 1 ods. 1 zák. č. 71/1992 Zb. v platnom znení súdne poplatky (ďalej len poplatky) sa vyberajú za jednotlivé úkony alebo konania súdov, ak sa vykonávajú na návrh a za úkony orgánov štátnej správy súdov a prokuratúry uvedené v sadzobníku súdnych poplatkov a poplatku za výpis z registra trestov, ktorý tvorí prílohu tohto zákona. Podľa § 2 ods. 1 cit. zákona poplatníkom je navrhovateľ poplatkového úkonu, ak je podľa sadzobníka ustanovený poplatok z návrhu. Podľa § 5 ods. 1 zák. č. 71/1992 Zb. v platnom znení (§ 5 ods. 1 cit. zák.) poplatková povinnosť vzniká podaním návrhu, odvolania a dovolania alebo žiadosti na vykonanie poplatkového úkonu, ak je poplatníkom navrhovateľ, odvolateľ a dovolateľ. Podľa § 6 ods. 1 cit. zákona sadzba poplatku je uvedená v sadzobníku percentom zo základu poplatku alebo pevnou sumou. Podľa § 6 ods. 2 cit. zákona, ak je sadzba poplatku ustanovená za konanie, rozumie sa tým konanie na jednom stupni. Poplatok podľa rovnakej sadzby sa vyberá i v odvolacom konaní vo veci samej. Podľa § 7 ods. 1 cit. zákona pri percentnej sadzbe je základom poplatku cena predmetu poplatkového úkonu. Ak nie je možné základ poplatku takto zistiť, je základom poplatku cena obvyklá v mieste a v čase podania návrhu na vykonanie poplatkového úkonu. Podľa § 7 ods. 11 cit. zákona základ poplatku sa zaokrúhľuje na celé eurá nadol. Poplatok sa vypočíta s presnosťou na euro centy tak, že ak suma prevyšujúca celé číslo je a) menšia ako 50, poplatok sa zaokrúhli na celé euro nadol, b) rovná 50, poplatok sa nezaokrúhli, c) väčšia ako 50, poplatok sa zaokrúhli na pol eura nadol. Odporca v písomnom odvolaní nespochybňoval povinnosť zaplatiť súdny poplatok za odvolanie, napádal však uloženú výšku súdneho poplatku za odvolanie. Predmetom odvolania bol výrok rozsudku súdu prvého stupňa, ktorým bol odporca povinný zaplatiť navrhovateľovi sumu 491,73 eur spolu s príslušenstvom. V zmysle ust. § 7 ods. 11 zák. č. 71/1992 Zb. v platnom znení, sa základ poplatku zaokrúhľuje na celé euro nadol; preto pri výpočte základu poplatku bolo potrebné postupovať tak, že základ poplatku sa zaokrúhli na celé euro nadol. Ak predmetom poplatkového úkonu bola suma 491,73 eur, s poukazom na ust. § 7 ods. 11 základ poplatku, z ktorého bolo potrebné vyrubiť súdny poplatok za odvolanie, sa zaokrúhlil na celé euro nadol, t.j. na sumu 491,- eur. Z tejto sumy následne bolo potrebné vypočítať sadzbu poplatku v zmysle sadzobníka percentom zo základu poplatku. 6 % z hodnoty predmetu sporu 491,- eur predstavuje sumu 29,46 eur a takto vypočítaný poplatok sa zaokrúhli s poukazom na ust. § 7a písm. a/ na celé euro nadol, nakoľko suma prevyšujúca celé číslo bola menšia ako 50 centov. Správne preto súd prvého stupňa uložil odporcovi, aby zaplatil súdny poplatok za odvolanie vo výške 29,- eur. Odvolací súd vzhľadom na vyššie uvedené preto napadnuté uznesenie súdu prvého stupňa podľa § 219 ods. 1 O.s.p. ako vecne správne potvrdil. Toto rozhodnutie bolo odvolacím senátom prijaté pomerom hlasov 3:0. Poučenie: Proti tomuto uzneseniu odvolanie nie je prípustné.</w:t>
      </w:r>
    </w:p>
    <w:p/>
    <w:p>
      <w:r>
        <w:t>Zdroj: KAUZIS.SK – https://www.kauzis.sk/judikatura/r/ECLI:SK:KSBA:2016:1306224843.1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