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8Co/502/2015 z 30. 5. 2016</w:t>
      </w:r>
    </w:p>
    <w:p>
      <w:r>
        <w:t>Rozsudok Krajského súdu Bratislava z 30. mája 2016, sp. zn. 8Co/502/2015, ECLI:SK:KSBA:2016:1312213485.3</w:t>
      </w:r>
    </w:p>
    <w:p>
      <w:r>
        <w:t>Súd: Krajský súd Bratislava</w:t>
      </w:r>
    </w:p>
    <w:p>
      <w:r>
        <w:t>Spisová značka: 8Co/502/2015</w:t>
      </w:r>
    </w:p>
    <w:p>
      <w:r>
        <w:t>ECLI: ECLI:SK:KSBA:2016:1312213485.3</w:t>
      </w:r>
    </w:p>
    <w:p>
      <w:r>
        <w:t>Dátum vydania: 30. 5. 2016</w:t>
      </w:r>
    </w:p>
    <w:p>
      <w:r>
        <w:t>Forma: Rozsudok</w:t>
      </w:r>
    </w:p>
    <w:p>
      <w:r>
        <w:t>Oblasť práva: Občianske právo</w:t>
      </w:r>
    </w:p>
    <w:p>
      <w:pPr>
        <w:pStyle w:val="Heading2"/>
      </w:pPr>
      <w:r>
        <w:t>Text rozhodnutia</w:t>
      </w:r>
    </w:p>
    <w:p>
      <w:r>
        <w:t>Súd: Krajský súd Bratislava Spisová značka: 8Co/502/2015 Identifikačné číslo súdneho spisu: 1312213485 Dátum vydania rozhodnutia: 31. 05. 2016 Meno a priezvisko sudcu, VSÚ: JUDr. Jana Vlčková ECLI: ECLI:SK:KSBA:2016:1312213485.3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29. apríla 2015, č.k. 12C/96/2012-89,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125 eur a nemajetkovej ujmy vo výške 330 eur, podľa zák. č. 514/2003 Z.z., o zodpovednosti za škodu spôsobenú pri výkone verejnej moci; a odporcovi náhradu trov konania nepriznal. Vychádzal zo zistenia, že v exekučnom konaní vedenom na Okresnom súde Bratislava III pod sp. zn. 48Er/29/2009 v prospech navrhovateľa ako oprávneného proti povinnému O. S., požiadal dňa 03.01.2009 súdny exekútor JUDr. Rudolf Krutý o vydanie poverenia na vykonanie exekúcie, o ktorej žiadosti rozhodol súd uznesením zo dňa 21.01.2009, ktorým jeho žiadosti vyhovel a poveril ho vykonaním exekúcie. Takto ustálený skutkový stav veci posúdil po právnej stránke podľa § 1, § 3 ods. 1 písm. a/, d/, § 9 ods. 1,2, § 16 a § 17 zákona č. 514/2003 Z.z. o zodpovednosti za škodu spôsobenú pri výkone verejnej moci a o zmene niektorých zákonov a § 44 Exekučného poriadku (v znení účinnom do 31.05.2010) a dospel k záveru, že navrhovateľ nepreukázal splnenie zákonných predpokladov zodpovednosti štátu za škodu spôsobenú nesprávnym úradným postupom, keď vykonaným dokazovaním bolo preukázané, že exekučný súd poveril súdneho exekútora vykonaním exekúcie na základe jeho žiadosti podanej dňa 13.01.2009 už dňa 21.01.2009, teda nepochybne v rámci zákonnej 15-dňovej lehoty na vydanie poverenia, a preto sa tvrdeného nesprávneho úradného postupu spočívajúceho v nedodržaní zákonnej lehoty na vydanie poverenia na vykonanie exekúcie nedopustil. S poukazom na uvedené, keďže v danej veci nebola preukázaná jedna zo základných podmienok vzniku zodpovednosti štátu za škodu spôsobenú nesprávnym úradným postupom, ktoré musia byť splnené súčasne, sa ďalšími predpokladmi už; s poukazom na hospodárnosť konania; nezaoberal. O trovách konania rozhodol podľa § 142 ods. 1 O.s.p. a úspešnému odporcovi ich náhradu nepriznal, nakoľko v konaní ich náhradu priznať nežiadal.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143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1, § 3 ods. 1 písm. a), d), § 9 ods. 1,2, § 16 a § 17 zákona č. 514/2003 Z.z. o zodpovednosti za škodu spôsobenú pri výkone verejnej moci a o zmene niektorých zákonov a § 44 Exekučného poriadku (v znení účinnom do 31.05.2010), svoje dôvody, pre ktoré návrhu navrhovateľa nevyhovel a neprihliadol tak na jeho námietky proti postupu Okresného súdu Bratislava III v exekučnej veci sp. zn. 48Er/29/2009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Súd prvého stupňa postupoval správne, keď v danej veci zisťoval základné predpoklady vzniku objektívnej zodpovednosti za škodu spôsobenú súdom v exekučnom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v exekučnom konaní vedenom pod sp. zn. 48Er/29/2009 k nesprávnemu úradnému postupu nedošlo, keď uvedený záver zodpovedá vykonaným dôkazom (§ 143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sa stotožnil so záverom súdu prvého stupňa, že exekučný súd v konaní sp. zn. 48Er/29/2009 nerozhodol o žiadosti navrhovateľa o zmenu súdneho exekútora po uplynutí zákonnej lehoty 15 dní v zmysle ust. § 44 Exekučného poriadku, keď v danej veci rozhodol ôsmy deň po doručení žiadosti súdneho exekútora o vydanie poverenia na vykonanie exekúcie. Správny je za daného stavu tiež postup prvostupňového súdu, ktorý sa; po zistení, že exekučný súd sa tvrdeného nesprávneho úradného postupu nedopustil, teda z dôvodu, že v danej veci nebol naplnený jeden z nevyhnutných predpokladov vzniku zodpovednosti štátu za škodu, ktoré musia byť splnené súčasne; už podrobnejšie nezaoberal otázkou, či boli splnené ostatné predpoklady vzniku tejto zodpovednosti, keď ich naplnenie už nemohlo mať vplyv na rozhodnutie súdu a privodiť pre navrhovateľa priaznivejšie rozhodnutie vo veci samej (vyhovenie podanému návrhu). Pokiaľ ide o námietku navrhovateľa, že mu súd prvého stupňa odňal možnosť konať pred súdom tým, že vo veci rozhodol bez nariadenia pojednávania, odvolací súd ju považuje za nedôvodnú a účelovú, keď vzhľadom na skutočnosť, že predmetom sporu je zaplatenie náhrady škody vo výške 125 eur a nemajetkovej ujmy vo výške 330 eura, teda zaplatenie peňažnej sumy v celkovej výške 455 eur, ide v preskúmavanej veci o drobný spor v zmysle ust. § 200ea ods. 1,2 O.s.p., a preto nebolo nariadenie pojednávania potrebné (§ 115a ods. 2 O.s.p.), a boli splnené všetky zákonné predpoklady na rozhodnutie vo veci dňa 29.04.2015 v jeho neprítomnosti. Nedôvodná je tiež odvolacia námietka navrhovateľa, že vo veci rozhodoval vylúčený sudca, keď o jeho námietke zaujatosti v preskúmavanej veci rozhodol Krajský súd v Bratislave, ktorý uznesením zo dňa 23.10.2012, č.k. 8NcC/285/2012-14 zákonnú sudkyňu JUDr. Vieru Sládečkovú z prejednávania a rozhodovania danej veci nevylúčil. Súdu prvého stupňa teda nemožno vytknúť žiadne procesné pochybenie ani pochybenie pri skutkovom a právnom posúdení nároku navrhovateľa na náhradu škody a nemajetkovej ujmy, ktorá mu mala vzniknúť nesprávnym úradným postupom exekučného súdu v konaní vedenom na Okresnom súde Bratislava III pod sp. zn. 48Er/29/2009,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https://www.kauzis.sk/judikatura/r/ECLI:SK:KSBA:2016:1312213485.3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