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3Co/272/2015 z 28. 9. 2016</w:t>
      </w:r>
    </w:p>
    <w:p>
      <w:r>
        <w:t>Rozsudok Krajského súdu Bratislava z 28. septembra 2016, sp. zn. 3Co/272/2015, ECLI:SK:KSBA:2016:1312213663.3</w:t>
      </w:r>
    </w:p>
    <w:p>
      <w:r>
        <w:t>Súd: Krajský súd Bratislava</w:t>
      </w:r>
    </w:p>
    <w:p>
      <w:r>
        <w:t>Spisová značka: 3Co/272/2015</w:t>
      </w:r>
    </w:p>
    <w:p>
      <w:r>
        <w:t>ECLI: ECLI:SK:KSBA:2016:1312213663.3</w:t>
      </w:r>
    </w:p>
    <w:p>
      <w:r>
        <w:t>Dátum vydania: 28. 9. 2016</w:t>
      </w:r>
    </w:p>
    <w:p>
      <w:r>
        <w:t>Forma: Rozsudok</w:t>
      </w:r>
    </w:p>
    <w:p>
      <w:r>
        <w:t>Oblasť práva: Občianske právo</w:t>
      </w:r>
    </w:p>
    <w:p>
      <w:pPr>
        <w:pStyle w:val="Heading2"/>
      </w:pPr>
      <w:r>
        <w:t>Text rozhodnutia</w:t>
      </w:r>
    </w:p>
    <w:p>
      <w:r>
        <w:t>Súd: Krajský súd Bratislava Spisová značka: 3Co/272/2015 Identifikačné číslo súdneho spisu: 1312213663 Dátum vydania rozhodnutia: 29. 09. 2016 Meno a priezvisko sudcu, VSÚ: JUDr. Roman Bolebruch ECLI: ECLI:SK:KSBA:2016:1312213663.3 ROZSUDOK V MENE SLOVENSKEJ REPUBLIKY Krajský súd v Bratislave v senáte zloženom z predsedu senátu JUDr. Romana Bolebrucha a sudcov JUDr. Alexandry Hanusovej a JUDr. Ing. Maria Dubaňa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III č.k. 6C/110/2012-60, zo dňa 21.4.2015, a proti uzneseniu Okresného súdu Bratislava III č.k. 6C/110/2012-134, zo dňa 9.7.2015, takto r o z h o d o l : I. Odvolací súd napadnutý rozsudok súdu prvej inštancie p o t v r d z u j e . II. Napadnuté uznesenie súdu prvej inštancie p o t v r d z u j e . III. Žalovanému p r i z n á v a proti žalobcovi plný nárok na náhradu trov odvolacieho konania. o d ô v o d n e n i e : I. 1. Napadnutým rozsudkom súd prvej inštancie zamietol žalobu a žalovanému nepriznal náhradu trov konania. V odôvodnení uviedol, že žalobca sa domáhal vydania medzitýmneho rozsudku, ktorým by súd určil, že žalovaný je zodpovedný za vznik škody spôsobenej nesprávnym úradným postupom Okresného súdu Bratislava III tým, že nerozhodol o jeho návrhu na zmenu súdneho exekútora v zákonom stanovenej lehote 30 dní, v exekučnom konaní vedenom vo veci vymáhania pohľadávky voči povinnému (dlžníkovi) Petrovi Slatkovskému, na základe poverenia vydaného Okresným súdom Bratislava III pod reg. č. 5103 025280 súdnemu exekútorovi a zároveň zaplatenia 175 eur titulom majetkovej ujmy a 387,24 eura titulom nemajetkovej ujmy. Podľa žaloby žalobca ako veriteľ zo zmluvy o úvere spísal ako oprávnený v uvedenej exekučnej veci, z obavy o právny a faktický osud pohľadávky dňa 28.10.2009 návrh na zmenu exekútora. Exekučný súd zostal nečinný, pričom uvedená vec nevykazovala prvky nadmernej právnej zložitosti a ani takú spoluprácu s účastníkmi konania, ktorá by mohla mať svojou komplexnosťou podstatný vplyv na čas potrebný k posúdeniu a rozhodnutiu a ani neexistovala okolnosť, ktorá by umožňovala exekučnému súdu postupovať nesústredene a so zbytočnými prieťahmi a nič nebránilo tomu, aby nedošlo k prieťahom a rozhodnutie bolo vydané včas. Exekučný súd napriek tomu, že podaný návrh spĺňal všetky náležitosti, nerozhodol o návrhu na zmenu súdneho exekútora v zákonom stanovenom čase, ale až 26.5.2010. Majetková ujma vznikla žalobcovi ako náhrada účelne vynaložených nákladov spojených s jeho činnosťou uskutočňovanou vo veci správy a udržateľnosti pohľadávky v období, ktoré zbytočne uplynulo medzi doručením návrhu na zmenu súdneho exekútora a rozhodnutím o ňom. Podľa žalobcu vynaložil na správu pohľadávky prostredníctvom pracovných výkonov zamestnancov 70 eur, na udržiavanie a správu informačného systému 40 eur, na komunikáciu s pôvodným exekútorom sumu 50 eur, na administratívne spracovanie textov urgencií adresovaných exekučnému súdu, na publikačné výdaje spojené s vyhotovením urgencií adresovaných súdu, na poštové a telekomunikačné výdaje sumu 15 eur, spolu 175 eur. Nemajetkovú ujmu v peniazoch si žalobca uplatnil ako primeranú náhradu za zásahy do výkonu jeho majetkových práv, za stratu legitímnych očakávaní, že nastane zákonom v čase stav predpokladaný zákonom, stratu dôvery v právo na spravodlivé riešenie veci a vyvolanie rizík ohrozujúcich konečné vymoženie pohľadávky; za nečinnosť 210 dní, preto si uplatňuje titulom nemajetkovej ujmy sumu 387,24 eura, vychádzajúc z doktríny prijatej ústavným súdom, podľa ktorej, pokiaľ ide o zbytočné prieťahy v súdnom konaní sa za každý rok poznačený prieťahmi vzťahuje satisfakcia vo výške 20.000 Sk t. j. cca 663,88 eura. 2. Súd prvej inštancie nenariadil v zmysle § 115 a ods. 2 O.s.p. pojednávanie a vo veci rozhodol na základe skutkového stavu zisteného z obsahu spisu. Po oboznámení sa s obsahom spisu vedeného na Okresnom súde Bratislava III pod sp. zn. 36Er/354/2003 zistil, že dňa 27.2.2003 bola súdu doručená žiadosť o udelenie poverenia na vykonanie exekúcie. Dňa 2.11.2009 bol súdu doručený návrh na zmenu súdneho exekútora, o ktorom rozhodol uznesením zo dňa 26.5.2010 tak, že vyhovel návrhu žalobcu a vykonaním exekúcie poveril JUDr. W. J.. Lustráciou v registri Spr. zistil, že na jeho súde v exekučných veciach registra Er v rokoch 2010 až 2012 nebola podaná žiadna sťažnosť na prieťahy v konaní. 3. Súd prvej inštancie ďalej uviedol, že nesprávnym úradným postupom v zmysle § 9 ods. 1 zákona č. 514/2003 Z.z. 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Právo na náhradu škody spôsobenej nesprávnym úradným postupom má ten, komu bola takýmto postupom spôsobená škoda. Mal za to, že nesprávnym úradným postupom sa zakladá objektívna zodpovednosť štátu, ktorej sa v zmysle ustanovenia § 3 ods. 2 zákona č. 514/2003 Z.z. nemožno zbaviť. Zodpovednosť predpokladá kumulatívne splnenie troch podmienok a to nesprávny úradný postup, vznik škody a príčinná súvislosť medzi nesprávnym úradným postupom a vznikom škody. 4. Podľa súdu prvej inštancie z ustanovenia § 44 ods. 6 Exekučného poriadku platného v čase začatia exekučného konania vyplýva, že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Uviedol, že ustanovenie § 44 Exekučného poriadku bolo novelizované a od 1.9.2005 bol súd povinný rozhodnúť o zmene exekútora do 30 dní od doručenia návrhu oprávneného na zmenu exekútora. Vychádzajúc z uvedeného zdôraznil, že nakoľko v prejednávanom prípade ide o konanie, ktoré bolo začaté pred 1.9.2005, súd nebol viazaný 30-dňovou lehotou. Nakoľko mal preukázané, že o žiadosti žalobcu ako oprávneného na zmenu exekútora bolo exekučným súdom rozhodnuté po necelých 4 mesiacoch od doručenia žiadosti, táto skutočnosť bez ďalšieho nezakladala dôvod pre konštatovanie nesprávneho úradného postupu pre nevydanie rozhodnutia v zákonom ustanovenej lehote v zmysle § 9 ods. 1 zákona č. 514/2003 Z.z. Rovnako nebol dôvod pre konštatovanie nesprávneho úradného postupu v zmysle § 9 ods. 1 zákona č. 514/2003 Z.z. pre tzv. zbytočné prieťahy v konaní, pretože v tomto konaní nemal preukázané dôvody pre záver, že by rozhodnutie v exekučnej veci nebolo vydané v primeranej lehote, tzn. že došlo pri jeho vydaní k zbytočným prieťahom. 5. Navyše mal za to, že žalobca bol v súvislosti s prípadnými „zbytočnými prieťahmi v exekučnom konaní“ nečinný, nakoľko nevyužil žiadne zákonné prostriedky na to, aby zabránil vzniku škody. 6. Súd prvej inštancie konštatoval ďalej, že žalobca zároveň nepreukázal splnenie druhého predpokladu zodpovednosti štátu za škodu, a to existenciu majetkovej škody a nemajetkovej ujmy; konštatoval, že v prejednávanom prípade si žalobca uplatnil majetkovú škodu vzniknutú správou prostredníctvom pracovných výkonov jeho zamestnancov, pričom takto vyčíslená škoda nemá žiadnu príčinnú súvislosť s postupom súdu, keď aj po zmene exekútora by žalobcovi náklady na udržiavanie a správu pohľadávok a informačného systému bezpochyby vznikali. Nečinnosť súdu v tomto smere považoval za bezvýznamnú, nakoľko do času pokiaľ súd nerozhodol o navrhovanej zmene, nič nebránilo pôvodnému exekútorovi realizovať podľa zákona všetky potrebné úkony na vymoženie pohľadávky žalobcu v rámci exekučného konania. 7. K požadovanej náhrade nemajetkovej ujmy súd prvej inštancie uviedol, že vznik zodpovednosti štátu za vznik nemajetkovej ujmy tiež predpokladá existenciu príčinnej súvislosti medzi nesprávnym úradným postupom a vznikom nároku na nemajetkovú ujmu. Mal za to, že žalobca v tomto smere neuniesol nielen dôkazné bremeno ale ani len povinnosť tvrdenia, keď ani len neuviedol konkrétne skutkové okolnosti, na základe ktorých mu tento nárok patrí. Obmedzil sa len na všeobecné formulácie o strate legitímnych očakávaní, že nastane v zákonnom čase stav predpokladaný zákonom, straty dôvery v právo a spravodlivé riešenie veci a všeobecné obavy z vyvolaného rizika ohrozujúceho konečné vymoženie pohľadávky. Nemajetková ujma predstavuje zásah do inej, ako majetkovej sféry poškodeného. V danom prípade žalobca nenavrhol žiadne dôkazy, ktorými by preukazoval nemajetkovú ujmu. 8. Keďže žalobca nepreukázal zákonné predpoklady pre uplatnenie náhrady škody v zmysle citovaných ustanovení zákona, keď neuniesol dôkazné bremeno na preukázanie existencie nesprávneho úradného postupu, spočívajúceho v porušení povinnosti urobiť úkon alebo vydať rozhodnutie v zákonom ustanovenej lehote alebo v nečinnosti pri výkone verejnej moci alebo v zbytočných prieťahoch v konaní, ďalej existenciu vzniku majetkovej škody a nemajetkovej ujmy, konkrétnej výšky (rozsahu) uplatnených náhrad a napokon ani požadovanej príčinnej súvislosti medzi nesprávnym úradným postupom a preukázanou škodou a tiež náhradou nemajetkovej ujmy (kauzálny nexus), súd prvej inštancie žalobu v celom rozsahu zamietol. 9. O náhrade trov konania rozhodol podľa § 142 ods. 1 O.s.p. a úspešnému žalovanému, ktorý si náhradu trov konania neuplatnil, náhradu trov konania nepriznal. 10. Proti rozsudku podal odvolanie žalobca a žiadal napadnutý rozsudok súdu prvej inštancie zrušiť a vec vrátiť na ďalšie konanie. 11.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12. Ďalej uviedol, že už v podanej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13.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14.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15. V ďalšom žalobca tvrdil, že vo veci nebolo možné rozhodnúť bez nariadenia pojednávania. V situácii, kedy bolo vo veci potrebné vykonať dokazovanie listinami založenými v exekučnom spise a za stavu, kedy sa žalovaný vôbec nevyjadril k podanému návrhu,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16.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17. Odôvodnenie napadnutého rozsudku v časti zamietnutia návrhu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jeho tvrdenia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18.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19. Žalobca poukázal na to, že predložil ako dôkaz o vzniku škody znalecký posudok, ktorým je jednoznačne preukázané, že nesprávny úradný postup mal na žalobcu negatívny dopad a objektívne spôsobil zníženie jeho majetku. Pokiaľ súd prvej inštancie vo svojom odôvodnení konštatoval. že nepreukázal, že by mu postupom exekučného súdu vznikla akákoľvek škoda, nevykonal dostatočné dokazovanie oboznámením sa s predloženým znaleckým posudkom. 20. V súvislosti so zamietnutím návrhu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21.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22.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29.9.2016 (§ 378 ods. 1, § 219 ods. 3 C.s.p.). 23. Napadnutý rozsudok súdu prvej inštancie odvolací súd potvrdil, pretože je vecne správny a nakoľko sa v celom rozsahu stotožňuje s odôvodnením napadnutého rozsudku, konštatuje správnosť jeho dôvodov (§ 387 ods. 1, ods. 2 C.s.p.). 24. Podľa § 470 ods. 1 C.s.p. ak nie je ustanovené inak, platí tento zákon aj na konania začaté predo dňom nadobudnutia jeho účinnosti. 25. Podľa § 470 ods. 2 veta prvá C.s.p. právne účinky úkonov, ktoré v konaní nastali predo dňom nadobudnutia účinnosti tohto zákona, zostávajú zachované. 26. Na zdôraznenie správnosti postupu a záverov prijatých súdom prvej inštancie a v nadväznosti na odvolacie námietky žalobcu odvolací súd uvádza, že súd za splnenia predpokladov uvedených v ustanovení § 115a ods. 1, 2 O.s.p., platných v čase rozhodovania, na prejedanie veci samej nenariadil pojednávanie a o veci rozhodol len na základe listinných dokladov predložených účastníkmi konania. Podľa § 115a ods. 1, 2 O.s.p., účinného v čase rozhodovania súdu prvej inštancie na prejednanie veci samej nebolo potrebné nariaďovať pojednávanie, ak to nebolo v rozpore s požiadavkou verejného záujmu a ak bolo možné vo veci rozhodnúť len na základe listinných dôkazov predložených účastníkmi a účastníci s rozhodnutím vo veci bez nariadenia pojednávania súhlasia alebo sa výslovne práva na verejné prejednanie veci vzdali. Pojednávanie nebolo potrebné nariaďovať ani v drobných sporoch. Za drobný spor sa považoval prípad, ak v priebehu konania dosiahol predmet konania sumu 1.000 eur (§ 200ea ods.1 O.s.p.). S poukazom na predmet konania ( nárok na zaplatenie sumy 175 eur titulom majetkovej ujmy a 387,24 eura titulom nemajetkovej ujmy) nemožno mať pochybnosť o tom, že predmetné konanie spĺňa zákonné kritériá pre jeho posúdenie ako drobného sporu. Preto pokiaľ súd prvej inštancie pri prejednaní veci využil možnosť postupu uvedeného v § 115a ods. 2 O.s.p. a vo veci nenariadil pojednávanie, neodňal svojim postupom možnosť účastníkov konať pred súdom. 27. K otázke nestrannosti konajúceho sudcu, ktorú žalobca opätovne (a z totožných dôvodov ako v návrhu na začatie konania) namietal ústavnou sťažnosťou, odvolací súd udáva, že táto už bola v konaní právoplatne vyriešená Krajským súdom v Bratislave ako nadriadeným súdom postupom podľa § 16 O.s.p., keď uznesením č.k. 2NcC/316/2012-19, zo dňa 26.10.2012 rozhodol, že sudcovia Okresného súdu Bratislava III (o.i. zákonná sudkyňa Mgr. Ingrid Degmová Pospíšilová) s výnimkou JUDr. Nadeždy Weisovej nie sú vylúčení z prejednávania a rozhodovania danej veci. Z obsahu spisu ďalej vyplynulo, že po zmene zákonnej sudkyne v danej veci Krajský súd v Bratislave rozhodol uznesením č.k. 2NcC/108/2014-39, zo dňa 18.2.2015, že ani ďalšie sudkyne Okresného súdu Bratislava III Mgr. Ivana Fekete (zákonná sudkyňa) a JUDr. Dáša Onuferová, nie sú vylúčené z prejednávania veci. Nie je preto dôvodná odvolacia námietka, že v predmetnej veci rozhodoval vylúčený sudca, keď žalobca v odvolaní neuviedol iné dôvody zaujatosti zákonného sudcu, než v návrhu na začatie konania. Odvolací súd v tejto súvislosti pripomína, že otázku, či vo veci rozhodoval vylúčený sudca, môže preskúmať len súd vyššej inštancie v riadnom inštančnom postupe na základe riadnych a mimoriadnych opravných prostriedkov, a nie ústavný súd v konaní o ústavnej sťažnosti žalobcu. 28. Odvolací súd nespochybňuje zásadu kontradiktórnosti konania, pod ktorú možno subsumovať právo strany sporu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Neobstojí preto námietka žalobcu ohľadom porušenia práva na kontradiktórny súdny proces, keď súd prvej inštancie do rozhodnutia o veci samej poskytol žalobcovi dostatočný časový priestor predložiť, navrhnúť dôkazy, oboznámiť sa s dôkazmi nachádzajúcimi sa v spise a sám žalobca z vlastného rozhodnutia tento priestor nevyužil. Žalobca neoznačil ani nepredložil mimo žaloby ďalšie dôkazy na preukázanie svojich tvrdení. Nedôvodná je preto jeho námietka odňatia možnosti konať pred súdom s tým, že na pojednávaní chcel predložiť znalecký posudok ako dôkaz o výške vzniknutej majetkovej škody. Žalobca nepoukázal na existenciu znaleckého posudku v návrhu na začatie konania a ani neskôr; neoznačil ho teda ako dôkaz na preukázanie svojich tvrdení (ani s tým, že ho založí po jeho vyhotovení). V danej veci súd prvej inštancie poskytol stranám sporu (aj právnemu zástupcovi žalobcu) reálnu možnosť chrániť svoje práva a oprávnené záujmy. Ak túto možnosť bez uvedenia dôvodov (ospravedlniteľných) účastník nevyužije, takéto chovanie už zákonodarca nedovoľuje v odvolacom konaní zohľadniť v jeho prospech. V predmetnej veci súd prvej inštancie nevykonával dokazovanie z vlastnej iniciatívy, ako uviedol žalobca v odvolaní, keď exekučný spis označil ako dôkaz v žalobe samotný žalobca. Pokiaľ potom súd prvej inštancie pri zachovaní postupu podľa § 115a ods. 2 O.s.p. rozhodol len na základe listinných dokladov navrhnutých žalobcom v návrhu na začatie konania a predložených do momentu jeho rozhodnutia, nedošlo jeho postupom k porušeniu zásady kontradiktórnosti konania a ani k odňatiu práva na spravodlivý súdny proces. 29. Nedôvodná je aj odvolacia námietka týkajúca sa odôvodnenia napadnutého rozhodnutia „formulárovým spôsobom“. Z úradnej činnosti je totiž odvolaciemu súdu známe, že žalobca podal množstvo návrhov na začatie konania, týkajúcich sa totožných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30. K argumentácii žalobcu namietajúcej rozhodnutie o návrhu na prerušenie konania v rozhodnutí o veci samej odvolací súd uvádza, že takýto postup súdu prvej inštancie v danom prípade uplatňovaný nebol; v predmetnej veci žalobca nežiadal ani o zrušenie termínu pojednávania. Odvolací súd sa preto nezaoberal odvolacími námietkami žalobcu, v ktorých reagoval na procesný postup súdu prvej inštancie nevyplývajúci z obsahu spisu a ani z odôvodnenia napadnutého rozhodnutia (námietky o nevyhovení žiadosti žalobcu na odročenie pojednávania, námietka o tom, že konečné vydanie rozhodnutia vo veci samej neprichádzalo do úvahy aj preto, že súd v rovnakom rozhodnutí súčasne rozhodol o zamietnutí návrhu žalobcu na prerušenie konania podľa § 109 ods. 2 písm. c) O.s.p., proti ktorému pripustil odvolanie). 31. Pokiaľ ide o právne posúdenie veci, má odvolací súd v názorovej zhodne so súdom prvej inštancie za to, že žalobca nepreukázal splnenie žiadneho z predpokladov pre vznik zodpovednosti za škodu podľa zákona č. 514/2003 Z.z. Správne súd prvej inštancie dospel k záveru, že už prvý zákonný predpoklad, ktorým je nesprávny úradný postup, nebol splnený. Žalobca odvodzuje svoj nárok na náhradu škody z nesprávneho úradného postupu exekučného súdu, ktorý nerozhodol o návrhu na zmenu súdneho exekútora v exekučnom konaní vedenom pre pohľadávku žalobca v zákonom stanovenej lehote. Podľa ustanovenia § 238 ods. 1 Exekučného poriadku v znení účinnom ku dňu podania návrhu oprávneného na zmenu exekútora, konania začaté pred 1. septembrom 2005 sa dokončia podľa práva platného do 31. augusta 2005, ak odsek 2 neustanovuje inak. Podľa ustanovenia § 44 ods. 5 Exekučného poriadku (v znení platnom ku dňu začatia exekučného konania - 16.1.2003)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lehotu. Z uvedeného je zrejmé, že exekučný súd pri rozhodovaní o návrhu na zmenu exekútora nebol v danej veci viazaný 30-dňovou zákonnou lehotou od doručenia návrhu oprávneného na zmenu exekútora, a teda rozhodnutím o zmene exekútora až po jej uplynutí neporušil žiadnu zákonnú lehotu a nedošlo k žiadnemu nesprávnemu úradnému postupu. 32. Vzhľadom na nesplnenie prvého z kumulatívnych predpokladov pre vznik zodpovednosti za škodu v zmysle zákona č. 514/2003 Z z., nebolo potrebné skúmať splnenie ďalších predpokladov. Odvolací súd však pre úplnosť dodáva, že sa stotožňuje aj so záverom súdu prvej inštancie, že žalobca v konaní nepreukázal vznik ani výšku majetkovej škody. 33.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ktorá existenciu týchto skutočností tiež tvrdí. 34. Dôkazné bremeno v súvislosti s preukázaním vzniku a výšky škody a príčinnej súvislosti medzi vzniknutou škodou a nesprávnym úradným postupom súdu zaťažuje žalobcu, ktorý nemôže vznik a výšku škody odvodzovať od jej paušálneho vyčíslenia. Nakoľko žalobca neoznačil a nepredložil žiaden dôkaz, ktorý by preukazoval vznik a výšku škody a ani jej príčinnú súvislosť s nesprávnym úradným postupom, neuniesol dôkazné bremeno a súd prvej inštancie preto z uvedeného dôvodu žalobu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žalobcov.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30 dňovej lehote a nemohol preto z dôvodu jej nedodržania zažiť stratu dôvery v právo a v spravodlivé riešenie veci. 35.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35. Napadnutý rozsudok odôvodnil súd prvej inštancie zodpovedajúcim § 157 ods. 2 O.s.p., účinným v čase rozhodovania súdu prvej inštancie,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strán sporu na spravodlivý proces. II. 37. Napadnutým uznesením súd prvej inštancie uložil žalobcovi povinnosť zaplatiť súdny poplatok za podané odvolanie 20 eur podľa položky 7a a poznámky č. 3 Sadzobníka súdnych poplatkov zákona v spojení s § 6 ods. 2 č. 71/1992 Zb. o súdnych poplatkoch. 38. Proti uzneseniu podal žalobca odvolanie a žiadal napadnuté uznesenie zrušiť bez náhrady. Súdu prvej inštancie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žalobcovi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 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O. K.Ň., V. D., A. A. O. Q. J.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Zdôraznil, že žaloba bola v danej veci podaná na súd pred 30.9.2012, a preto v zmysle § 18ca zákona č. 71/1992 Zb. o súdnych poplatkoch treba na žalobcom podané odvolanie aplikovať právny stav platný do 30.9.2012, kedy bolo konanie vo veciach náhrady škody spôsobenej nezákonným rozhodnutím orgánu verejnej moci alebo jeho nesprávnym úradným postupom od poplatku vecne oslobodené. S týmto sa stotožňuje aj Najvyšší súd SR, ktorý v uznesení sp. zn. 5 M Cdo 14/2007 vyslovil názor, že spoplatňovanie procesného úkonu sa musí riadiť časom začatia konania. Poukázal aj na jeho uznesenie sp. zn. 6 M Cdo 20/2011, podľa ktorého v prípade vecného oslobodenia od povinnosti platiť súdny poplatok, je konanie od poplatkovej povinnosti oslobodené celé a za žiadny procesný úkon sa poplatok neplatí. Záverom podotkol, že stanovisko, že v konaniach vo veci náhrady škody spôsobenej nezákonným rozhodnutím orgánu verejnej moci alebo jeho nesprávnym úradným postupom, ktoré začalo do 30.9.1012 je podľa § 4 ods. 4 zák. o súdnych poplatkoch oslobodené aj v odvolacom konaní, vyslovilo aj občianskoprávne kolégium Krajského súdu v Banskej Bystrici. 39. Odvolací súd, ktorý bol viazaný rozsahom a dôvodmi odvolania (§ 379, § 380 ods. 1 C.s.p.), preskúmal napadnuté uznesenie a prejednal odvolanie bez nariadenia pojednávania podľa § 385 ods. 1 C.s.p.; dospel k záveru, že ani odvolanie žalobcu voči poplatkovej povinnosti za odvolanie proti meritórnemu rozhodnutiu nie je dôvodné. 40.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41.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42. Podľa § 5 ods. 1 písm. a) zákona č. 71/1992 Zb. o súdnych poplatkoch poplatková povinnosť vzniká podaním návrhu, odvolania, dovolania alebo žiadosti na vykonanie poplatkového úkonu, ak je poplatníkom navrhovateľ, odvolateľ a dovolateľ. 43. Podľa § 6 ods. 2 prvá a druhá veta zákona č. 71/1992 Zb. o súdnych poplatkoch ak je sadzba poplatku ustanovená za konanie, rozumie sa tým konanie na jednom stupni. Poplatok podľa rovnakej sadzby sa vyberá i v odvolacom konaní vo veci samej. 44.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45. Podľa § 18ca zákona č. 71/1992 Zb. o súdnych poplatkoch (prechodné ustanovenie k úpravám účinným od 1.10.2012), z úkonov navrhnutých alebo za konania začaté do 30.9.2012 sa vyberajú poplatky podľa predpisov účinných do 30.9.2012, i keď sa stanú splatnými po 30.9.2012. 46. Podľa položky 7a Sadzobníka súdnych poplatkov zo žaloby na náhradu škody spôsobenej nezákonným rozhodnutím orgánu verejnej moci alebo jeho nesprávnym úradným postupom sa platí súdny poplatok vo výške 20 eur. 47.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jednej inštancii. Keďže žalobca podal odvolanie na súde prvej inštancie dňa 6.7.2015, podaním odvolania sa začalo odvolacie konanie, t.j. konanie vo veci samej na druhej inštancii.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žalobca je povinný zaplatiť súdny poplatok za odvolanie. Nemožno prisvedčiť výkladu žalobcu,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48. Vo vzťahu k rozhodnutiu Najvyššieho súdu Slovenskej republiky, na ktoré žalobca vo svojom odvolaní poukazuje (sp. zn. 4 Cdo 39/2007),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Rovnako treba poukázať na to, že ani odkazy na ďalšie žalobcom uvádzané rozhodnutia (sp. zn. 6 M Cdo 2/2011a sp. zn. 5 M Cdo 14/2007) nemenia nič na závere odvolacieho súdu, keď sa v nich riešila iná právna otázka (povinnosť platiť za úkony v konaní vecne oslobodenom od súdneho poplatku) a nie platenie súdneho poplatku za konanie. Skutočnosť, že ide o dva rozdielne právne pojmy (úkon a konanie) vyplýva práve z týchto žalobcom uvádzaných rozhodnutí. K námietke žalobcu, že napadnuté uznesenie neobsahuje riadne odôvodnenie, v dôsledku čoho je nepreskúmateľné, odvolací súd dodáva, že aj keď riadne odôvodnenie uznesenia, rovnako aj rozsudku, je súčasťou základného práva strany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a s poukazom na § 6 ods. 2 zákona č. 71/1992 Zb. o súdnych poplatkoch,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ani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49. Odvolací súd preto napadnuté uznesenie súdu prvej inštancie ako vecne správne v zmysle § 387 ods. 1 C.s.p. potvrdil. III. 50. O nároku na náhradu trov odvolacieho konania odvolací súd rozhodol podľa § 396 ods. 1 C.s.p. v spojení s § 255 ods. 1 C.s.p. tak, že žalovanému priznal proti žalobcovi plný nárok na náhradu trov odvolacieho konania, nakoľko mal vo veci plný úspech. 51.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https://www.kauzis.sk/judikatura/r/ECLI:SK:KSBA:2016:1312213663.3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