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8Co/603/2014 z 30. 5. 2016</w:t>
      </w:r>
    </w:p>
    <w:p>
      <w:r>
        <w:t>Rozsudok Krajského súdu Bratislava z 30. mája 2016, sp. zn. 8Co/603/2014, ECLI:SK:KSBA:2016:1312214273.2</w:t>
      </w:r>
    </w:p>
    <w:p>
      <w:r>
        <w:t>Súd: Krajský súd Bratislava</w:t>
      </w:r>
    </w:p>
    <w:p>
      <w:r>
        <w:t>Spisová značka: 8Co/603/2014</w:t>
      </w:r>
    </w:p>
    <w:p>
      <w:r>
        <w:t>ECLI: ECLI:SK:KSBA:2016:1312214273.2</w:t>
      </w:r>
    </w:p>
    <w:p>
      <w:r>
        <w:t>Dátum vydania: 30. 5. 2016</w:t>
      </w:r>
    </w:p>
    <w:p>
      <w:r>
        <w:t>Forma: Rozsudok</w:t>
      </w:r>
    </w:p>
    <w:p>
      <w:r>
        <w:t>Oblasť práva: Občianske právo</w:t>
      </w:r>
    </w:p>
    <w:p>
      <w:pPr>
        <w:pStyle w:val="Heading2"/>
      </w:pPr>
      <w:r>
        <w:t>Text rozhodnutia</w:t>
      </w:r>
    </w:p>
    <w:p>
      <w:r>
        <w:t>Súd: Krajský súd Bratislava Spisová značka: 8Co/603/2014 Identifikačné číslo súdneho spisu: 1312214273 Dátum vydania rozhodnutia: 31. 05. 2016 Meno a priezvisko sudcu, VSÚ: JUDr. Jana Vlčková ECLI: ECLI:SK:KSBA:2016:1312214273.2 ROZSUDOK V MENE SLOVENSKEJ REPUBLIKY Krajský súd v Bratislave v senáte zloženom z predsedníčky senátu JUDr. Jany Vlčkovej a členov senátu JUDr. Moniky Holickej a JUDr. Ondreja Krajča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30. januára 2014, č.k. 11C/159/2012-25,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175,- eur a nemajetkovej ujmy vo výške 221,28 eur podľa zák. č. 514/2003 Z.z., o zodpovednosti za škodu spôsobenú pri výkone verejnej moci; a odporcovi náhradu trov konania nepriznal. Vychádzal zo zistenia, že v exekučnom konaní vedenom na Okresnom súde Bratislava IIII pod sp. zn. 35Er/583/2004 bola súdu doručená žiadosť o udelenie poverenia na vykonanie exekúcie dňa 14.05.2004, dňa 20.05.2004 súd poveril vykonaní exekúcie súdneho exekútora Bc. Máriu Krasňanovú a navrhovateľ požiadal dňa 23.11.2010 o zmenu súdneho exekútora, o ktorej žiadosti rozhodol súd uznesením zo dňa 12.04.2011, ktorým jeho žiadosti vyhovel. Takto ustálený skutkový stav veci posúdil po právnej stránke podľa § 3 ods. 1 písm. d/, § 9 zákona č. 514/2003 Z.z. o zodpovednosti za škodu spôsobenú pri výkone verejnej moci a o zmene niektorých zákonov a § 44 Exekučného poriadku, v znení účinnom do 01.09.2005, a § 238 Exekučného poriadku a dospel k záveru, že navrhovateľ nepreukázal splnenie zákonných predpokladov zodpovednosti štátu za škodu spôsobenú nesprávnym úradným postupom. Poukázal na to, že nakoľko v zmysle ust. § 238 Exekučného poriadku sa na predmetné exekučné konania vzťahovala právna úprava účinná do 01.09.2005, ktorá nestanovovala lehotu na rozhodnutie o zmene exekútora, exekučný súd v označených konaniach nebol povinný o žiadosti navrhovateľa o zmenu súdneho exekútora rozhodnúť v lehote 30 dní a preto sa navrhovateľom tvrdeného nesprávneho úradného postupu; spočívajúceho v nedodržaní zákonnej lehoty na rozhodnutie o žiadosti o zmenu exekútora; nedopustil. Dospel tiež k záveru, že navrhovateľ nepreukázal ani ďalší z predpokladov vzniku zodpovednosti za škodu; ktorým je existencia majetkovej škody; keď nepreukázal, že došlo k zmenšeniu jeho majetku, avšak ani urgencie, prípadne inú jeho korešpondenciu s exekučným súdom, v súvislosti s ktorými mu mali vzniknúť náklady. V tejto súvislosti poukázal i na rozhodnutie Najvyššieho súdu SR zo dňa 29.03.2007, sp. zn. 3Cdo 32/2007, v zmysle ktorého - nerozhodnutie o zmene súdneho exekútora síce môže mať za následok vznik zodpovednosti štátu, avšak len za škodu vzniknutú zmenšením majetku priamo spôsobeným týmto postupom; čo však navrhovateľ v konaní nepreukázal. K uplatnenému nároku na náhradu nemajetkovej ujmy uviedol, že navrhovateľ nenavrhol žiadne dôkazy, ktorými by preukázal nemajetkovú ujmu a ani príčinnú súvislosť medzi namietaným nesprávnym postupom exekučného súdu a vznikom nemajetkovej ujmy. O náhrade trov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v odvolacom konaní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3 ods. 1 písm. d/, § 9 zákona č. 514/2003 Z.z. o zodpovednosti za škodu spôsobenú pri výkone verejnej moci a o zmene niektorých zákonov a § 44, v znení účinnom do 01.09.2005, a § 238 Exekučného poriadku, svoje dôvody, pre ktoré návrhu navrhovateľa nevyhovel a neprihliadol tak na jeho námietky proti postupu Okresného súdu Bratislava III v exekučnom konaní sp. zn. 35Er/383/2004,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uvedenom exekučnom konaní k nesprávnemu úradnému postupu nedošlo,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konaní sp. zn. 35Er/583/2004 nerozhodol o žiadosti navrhovateľa o zmenu súdneho exekútora po uplynutí zákonnej lehoty 30 dní v zmysle ust. § 44 Exekučného poriadku, keď v danej veci exekučný súd nebol lehotou podľa § 44 ods. 6 Exekučného poriadku viazaný, nakoľko pre posúdenie otázky dodržania lehoty 30 dní na rozhodnutie o žiadosti súdneho exekútora podľa § 44 Exekučného poriadku je; s poukazom na ust. § 238 Exekučného poriadku; rozhodujúce znenie citovaného ustanovenia platného a účinného ku dňu začatia predmetného exekučného konania; ktoré začalo v roku 2004, kedy zákon lehotu na rozhodnutie o zmene súdneho exekútora na základe žiadosti oprávneného neurčoval; a teda exekučný súd v danej veci nemohol o zmene súdneho exekútora v označených veciach rozhodnúť až po uplynutí zákonnej lehoty. Vecne správny je tiež záver prvostupňového súdu, že navrhovateľ v konaní nepreukázal vznik škody, keď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 zn. 35Er/583/2004, o jeho žiadosti o zmenu súdneho exekútora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30.01.2014 v jeho neprítomnosti, odvolací súd ju považuje za nedôvodnú pretože v prejednávanej veci súd prvého stupňa rozhodol bez nariadenia pojednávania a verejné vyhlásenie rozsudku oznámil v súlade s ust. § 156 ods. 3 O.s.p. Nedôvodná je tiež odvolacia námietka navrhovateľa, že vo veci rozhodoval vylúčený sudca, keď; ako už bolo uvedené; o jeho námietke zaujatosti v preskúmavanej veci rozhodol Krajský súd v Bratislave, ktorý uznesením zo dňa 25.10.2012, č.k. 6NcC 286/2012-17 zákonnú sudkyňu JUDr. Silviu Gandelovú z prejednávania a rozhodovania danej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predmetnom exekučnom konaní ,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https://www.kauzis.sk/judikatura/r/ECLI:SK:KSBA:2016:1312214273.2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