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14Co/569/2015 z 23. 5. 2016</w:t>
      </w:r>
    </w:p>
    <w:p>
      <w:r>
        <w:t>Uznesenie Krajského súdu Bratislava z 23. mája 2016, sp. zn. 14Co/569/2015, ECLI:SK:KSBA:2016:1313206831.1</w:t>
      </w:r>
    </w:p>
    <w:p>
      <w:r>
        <w:t>Súd: Krajský súd Bratislava</w:t>
      </w:r>
    </w:p>
    <w:p>
      <w:r>
        <w:t>Spisová značka: 14Co/569/2015</w:t>
      </w:r>
    </w:p>
    <w:p>
      <w:r>
        <w:t>ECLI: ECLI:SK:KSBA:2016:1313206831.1</w:t>
      </w:r>
    </w:p>
    <w:p>
      <w:r>
        <w:t>Dátum vydania: 23. 5. 2016</w:t>
      </w:r>
    </w:p>
    <w:p>
      <w:r>
        <w:t>Forma: Uznesenie</w:t>
      </w:r>
    </w:p>
    <w:p>
      <w:r>
        <w:t>Oblasť práva: Občianske právo</w:t>
      </w:r>
    </w:p>
    <w:p>
      <w:pPr>
        <w:pStyle w:val="Heading2"/>
      </w:pPr>
      <w:r>
        <w:t>Text rozhodnutia</w:t>
      </w:r>
    </w:p>
    <w:p>
      <w:r>
        <w:t>Súd: Krajský súd Bratislava Spisová značka: 14Co/569/2015 Identifikačné číslo súdneho spisu: 1313206831 Dátum vydania rozhodnutia: 24. 05. 2016 Meno a priezvisko sudcu, VSÚ: JUDr. Katarína Javorčíková ECLI: ECLI:SK:KSBA:2016:1313206831.1 Uznesenie Krajský súd v Bratislave v právnej veci navrhovateľa: K. Q., R.. XX.XX.XXXX, A. XX, D., zast. advokátkou S.. S. J., N.. I. XX, D. D., proti odporcovi: Slovenská sporiteľňa, a.s., Tomášikova 48, Bratislava, IČO: 00 151 653, zast. advokátom JUDr. Romanom Kvasnicom, s.r.o., Sad A. Kmeťa 24, Piešťany, IČO: 36 866 598, o zaplatenie 3.817,86 eur, o späťvzatí návrhu na začatie konania po vydaní rozsudku Okresného súdu Bratislava III zo dňa 9.6.2015, č.k. 19C/61/2013-119, v znení opravného uznesenia zo dňa 29.9.2015, č.k. 19C/61/2013-135, pomerom hlasov 3:0, takto r o z h o d o l : Odvolací súd späťvzatie návrhu na začatie konania p r i p ú š ť a, rozsudok Okresného súdu Bratislava III zo dňa 9.6.2015, č. k. 19C/61/2013-119, v znení opravného uznesenia zo dňa 29.9.2015, č. k. 19C/61/2013-135 z r u š u j e a konanie vo veci z a s t a v u j e . Účastníkom sa náhrada trov prvostupňového a odvolacieho konania n e p r i z n á v a. o d ô v o d n e n i e : Súd prvého stupňa rozsudkom zo dňa 9.6.2015, č. k. 19C/61/2013-119 zaviazal odporcu k povinnosti zaplatiť navrhovateľke sumu 3.817,86 eur spolu s úrokom z omeškania špecifikovaným vo výrokovej časti rozsudku. Opravným uznesením súd prvého stupňa opravil citovaný rozsudok vo výroku o trovách konania tak, že upravil výšku priznaných trov konania (právneho zastúpenia) na sumu 990,40 eur. Zároveň opravil odôvodnenie rozsudku na str. 5, druhý odsek. Navrhovateľka podaním zo dňa 14.4.2016, doručeným súdu dňa 15.4.2016, t. j. po vydaní rozhodnutia súdom prvého stupňa a v čase, kedy rozhodnutie ešte nebolo právoplatné, vzala svoj návrh na začatie konania v celom rozsahu späť a žiadala, aby súd konanie zastavil. V podaní uviedla, že si neuplatňuje trovy právneho zastúpenia a žiada, aby súd účastníkom náhradu trov konania nepriznal. Podaním zo dňa 18.4.2016 odporca súdu oznámil, že súhlasí so späťvzatím návrhu na začatie konania zo strany navrhovateľky. Uviedol, že v zmysle uzatvorenej mimosúdnej dohody si neuplatňuje náhradu trov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Z uvedeného ustanovenia je zrejmé, že navrhovateľ môže disponovať so svojim návrhom na začatie konania aj po tom, čo už vo veci rozhodol súd prvého stupňa. Toto dispozičné právo má len do doby, pokiaľ rozhodnutie súdu prvého stupňa nenadobudlo právoplatnosť. Tento dispozičný úkon navrhovateľa je účinný len za predpokladu, že ho odvolací súd pripustí. Pred rozhodnutím o pripustení späťvzatia návrhu si súd musí vyžiadať aj stanovisko odporcu k späťvzatiu návrhu, a tým mu umožniť prípadný nesúhlas s jeho späťvzatím. V danom prípade navrhovateľ vzal svoj návrh na začatie konania späť po tom, ako už rozhodol súd prvého stupňa, avšak jeho rozhodnutie ešte nenadobudlo právoplatnosť. Odporca so späťvzatím návrhu na začatie konania vyslovil súhlas. Na základe vyššie uvedeného odvolací súd späťvzatie návrhu pripustil, rozsudok súdu prvého stupňa v znení opravného uznesenia zrušil a konanie zastavil (§ 208 O.s.p). O náhrade trov konania rozhodoval odvolací súd podľa § 224 ods. 1 a § 146 ods. 2 veta prvá O.s.p.. Nakoľko však účastníci zhodne vyhlásili, že v zmysle ich mimosúdnej dohody si náhradu trov konania neuplatňujú, žiadnemu z nich náhradu trov konania nepriznal. Poučenie: Proti tomuto uzneseniu odvolanie nie je prípustné.</w:t>
      </w:r>
    </w:p>
    <w:p/>
    <w:p>
      <w:r>
        <w:t>Zdroj: KAUZIS.SK – https://www.kauzis.sk/judikatura/r/ECLI:SK:KSBA:2016:1313206831.1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