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14Co/645/2014 z 30. 5. 2016</w:t>
      </w:r>
    </w:p>
    <w:p>
      <w:r>
        <w:t>Uznesenie Krajského súdu Bratislava z 30. mája 2016, sp. zn. 14Co/645/2014, ECLI:SK:KSBA:2016:1313206834.3</w:t>
      </w:r>
    </w:p>
    <w:p>
      <w:r>
        <w:t>Súd: Krajský súd Bratislava</w:t>
      </w:r>
    </w:p>
    <w:p>
      <w:r>
        <w:t>Spisová značka: 14Co/645/2014</w:t>
      </w:r>
    </w:p>
    <w:p>
      <w:r>
        <w:t>ECLI: ECLI:SK:KSBA:2016:1313206834.3</w:t>
      </w:r>
    </w:p>
    <w:p>
      <w:r>
        <w:t>Dátum vydania: 30.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14Co/645/2014 Identifikačné číslo súdneho spisu: 1313206834 Dátum vydania rozhodnutia: 31. 05. 2016 Meno a priezvisko sudcu, VSÚ: JUDr. Katarína Javorčíková ECLI: ECLI:SK:KSBA:2016:1313206834.3 Uznesenie Krajský súd v Bratislave v právnej veci navrhovateľky: C. F., X.. XX.XX.XXXX, L. C. X, L. L., zastúpenej E.. E. F., C. R. R. N.. J.. R. XX, L. L., proti odporkyni: Slovenská sporiteľňa, a.s., so sídlom Tomášikova 48, Bratislava, IČO: 00 151 653, zastúpenej advokátskou kanceláriou JUDr. Roman Kvasnica, advokát, s. r. o., so sídlom Sad A. Kmeťa 24, Piešťany, IČO: 36 866 598, o zaplatenie 27.623,75 eur s prísl., po späťvzatí návrhu na začatie konania, pomerom hlasov 3:0, takto r o z h o d o l : Odvolací súd p r i p ú š ť a späťvzatie návrhu na začatie konania, rozsudok Okresného súdu Bratislava III v Bratislave zo dňa 17.6.2014, č.k. 9C/61/2013-76 z r u š u j e a konanie z a s t a v u j e . Žiaden z účastníkov n e m á právo na náhradu trov konania. o d ô v o d n e n i e : Rozsudkom zo dňa 17.6.2014, č.k. 9C/61/2013-76 súd prvého stupňa uložil odporkyni povinnosť zaplatiť navrhovateľke sumu 27.623,75 eur spolu s úrokom z omeškania vo výške 9 % p.a. zo sumy 789,25 eur odo dňa 16.5.2010 až do zaplatenia, 9 % p.a. zo sumy 789,25 eur odo dňa 16.6.2010 až do zaplatenia, 9 % p.a. zo sumy 789,25 eur odo dňa 16.7.2010 až do zaplatenia, 9 % p.a. zo sumy 789,25 eur odo dňa 16.8.2010 až do zaplatenia, 9 % p.a. zo sumy 789,25 eur odo dňa 16.9.2010 až do zaplatenia, 9 % p.a. zo sumy 789,25 eur odo dňa 16.10.2010 až do zaplatenia, 9 % p.a. zo sumy 789,25 eur odo dňa 16.11.2010 až do zaplatenia, 9 % p.a. zo sumy 789,25 eur odo dňa 16.12.2010 až do zaplatenia, 9 % p.a. zo sumy 789,25 eur odo dňa 16.1.2011 až do zaplatenia, 9 % p.a. zo sumy 789,25 eur odo dňa 16.2.2011 až do zaplatenia, 9 % p.a. zo sumy 789,25 eur odo dňa 16.3.2011 až do zaplatenia, 9,25 % p.a. zo sumy 789,25 eur odo dňa 16.4.2011 až do zaplatenia, 9,25 % p.a. zo sumy 789,25 eur odo dňa 16.5.2011 až do zaplatenia, 9,25 % p.a. zo sumy 789,25 eur odo dňa 16.6.2011 až do zaplatenia, 9,50 % p.a. zo sumy 789,25 eur odo dňa 16.7.2011 až do zaplatenia, 9,50 % p.a. zo sumy 789,25 eur odo dňa 16.8.2011 až do zaplatenia, 9,50 % p.a. zo sumy 789,25 eur odo dňa 16.9.2011 až do zaplatenia, 9,50 % p.a. zo sumy 789,25 eur odo dňa 16.10.2011 až do zaplatenia, 9,25 % p.a. zo sumy 789,25 eur odo dňa 16.11.2011 až do zaplatenia, 9 % p.a. zo sumy 789,25 eur odo dňa 16.12.2011 až do zaplatenia, 9 % p.a. zo sumy 789,25 eur odo dňa 16.1.2012 až do zaplatenia, 9 % p.a. zo sumy 789,25 eur odo dňa 16.2.2012 až do zaplatenia, 9 % p.a. zo sumy 789,25 eur odo dňa 16.3.2012 až do zaplatenia, 9 % p.a. zo sumy 789,25 eur odo dňa 16.4.2012 až do zaplatenia, 9 % p.a. zo sumy 789,25 eur odo dňa 16.5.2012 až do zaplatenia, 9 % p.a. zo sumy 789,25 eur odo dňa 16.6.2012 až do zaplatenia, 8,75 % p.a. zo sumy 789,25 eur odo dňa 16.7.2012 až do zaplatenia, 8,75 % p.a. zo sumy 789,25 eur odo dňa 16.8.2012 až do zaplatenia, 8,75 % p.a. zo sumy 789,25 eur odo dňa 16.9.2012 až do zaplatenia, 8,75 % p.a. zo sumy 789,25 eur odo dňa 16.10.2012 až do zaplatenia, 8,75 % p.a. zo sumy 789,25 eur odo dňa 16.11.2012 až do zaplatenia, 8,75 % p.a. zo sumy 789,25 eur odo dňa 16.12.2012 až do zaplatenia, 8,75 % p.a. zo sumy 789,25 eur odo dňa 16.1.2013 až do zaplatenia, 8,75 % p.a. zo sumy 789,25 eur odo dňa 16.2.2013 až do zaplatenia, 8,75 % p.a. zo sumy 789,25 eur odo dňa 16.3.2013 až do zaplatenia; všetko do 3 dní odo dňa právoplatnosti tohto rozsudku. O trovách konania rozhodol podľa § 142 ods. 1 v spojení s ust. § 151 ods. 7 O.s.p.. Rozsudok bol doručený právnemu zástupcovi navrhovateľky dňa 17.6.2014 a právnemu zástupcovi odporkyne dňa 26.6.2014. Proti rozsudku podala v zákonom stanovenej lehote odvolanie odporkyňa, a preto bola vec dňa 24.9.2014 predložená odvolaciemu súdu. Navrhovateľka podaním doručeným súdu prvého stupňa dňa 16.5.2016 zobrala svoj návrh na začatie konania v celom rozsahu späť a konanie žiadala zastaviť. Uviedla, že dôvodom späťvzatia návrhu je skutočnosť, že medzi ňou a odporkyňou došlo k uzatvoreniu dohody o urovnaní o predmete návrhu, a preto ďalšie trvanie súdneho konania nie je opodstatnené. Tak, ako sa v dohode o urovnaní s odporcom dohodli, právo na úhradu trov konania si voči odporcovi neuplatňuje.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Keďže navrhovateľka zobrala späť svoj návrh na začatie konania po meritórnom rozhodnutí súdu prvého stupňa, a ešte pred rozhodnutím odvolacieho súdu o odvolaní odporkyne, postupoval odvolací súd podľa zhora citovaného zákonného ustanovenia. Výzvou zo dňa 23.5.2016, doručenou právnemu zástupcovi odporkyne dňa 27.5.2016, vyzval odporkyňu, aby sa v lehote 10 dní od prevzatia výzvy písomne vyjadrila, či súhlasí so späťvzatím návrhu na začatie konania. Odporkyňa na výzvu odvolacieho súdu reagovala písomným podaním doručeným súdu dňa 30.5.2016, v ktorom uviedla, že súhlasí so späťvzatím návrhu na začatie konania zo strany navrhovateľky a neuplatňuje si voči navrhovateľke náhradu trov konania. Odvolací súd tak po zistení, že odporkyňa so späťvzatím návrhu súhlasí, pripustil späťvzatie návrhu na začatie konania, zrušil rozsudok súdu prvého stupňa a konanie zastavil. O trovách konania rozhodol odvolací súd podľa § 224 ods. 1 O.s.p. v spojení s § 146 ods. 1 písm. c) O.s.p. a žiadnemu z účastníkov konania náhradu trov konania nepriznal, pretože žiaden ich náhradu v zmysle ich uzavretej dohody ani nežiadal. Poučenie: Proti tomuto uzneseniu nemožno podať odvolanie.</w:t>
      </w:r>
    </w:p>
    <w:p/>
    <w:p>
      <w:r>
        <w:t>Zdroj: KAUZIS.SK – https://www.kauzis.sk/judikatura/r/ECLI:SK:KSBA:2016:1313206834.3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