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10Co/418/2015 z 24. 8. 2016</w:t>
      </w:r>
    </w:p>
    <w:p>
      <w:r>
        <w:t>Rozsudok Krajského súdu Bratislava z 24. augusta 2016, sp. zn. 10Co/418/2015, ECLI:SK:KSBA:2016:1313218969.1</w:t>
      </w:r>
    </w:p>
    <w:p>
      <w:r>
        <w:t>Súd: Krajský súd Bratislava</w:t>
      </w:r>
    </w:p>
    <w:p>
      <w:r>
        <w:t>Spisová značka: 10Co/418/2015</w:t>
      </w:r>
    </w:p>
    <w:p>
      <w:r>
        <w:t>ECLI: ECLI:SK:KSBA:2016:1313218969.1</w:t>
      </w:r>
    </w:p>
    <w:p>
      <w:r>
        <w:t>Dátum vydania: 24. 8.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100164</w:t>
      </w:r>
    </w:p>
    <w:p/>
    <w:p>
      <w:r>
        <w:t>Zdroj: KAUZIS.SK – https://www.kauzis.sk/judikatura/r/ECLI:SK:KSBA:2016:1313218969.1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