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4Co/466/2015 z 27. 9. 2016</w:t>
      </w:r>
    </w:p>
    <w:p>
      <w:r>
        <w:t>Rozsudok Krajského súdu Bratislava z 27. septembra 2016, sp. zn. 4Co/466/2015, ECLI:SK:KSBA:2016:1314201057.1</w:t>
      </w:r>
    </w:p>
    <w:p>
      <w:r>
        <w:t>Súd: Krajský súd Bratislava</w:t>
      </w:r>
    </w:p>
    <w:p>
      <w:r>
        <w:t>Spisová značka: 4Co/466/2015</w:t>
      </w:r>
    </w:p>
    <w:p>
      <w:r>
        <w:t>ECLI: ECLI:SK:KSBA:2016:1314201057.1</w:t>
      </w:r>
    </w:p>
    <w:p>
      <w:r>
        <w:t>Dátum vydania: 27. 9. 2016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102098</w:t>
      </w:r>
    </w:p>
    <w:p/>
    <w:p>
      <w:r>
        <w:t>Zdroj: KAUZIS.SK – https://www.kauzis.sk/judikatura/r/ECLI:SK:KSBA:2016:1314201057.1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