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18CoE/36/2016 z 17. 5. 2016</w:t>
      </w:r>
    </w:p>
    <w:p>
      <w:r>
        <w:t>Uznesenie Krajského súdu Bratislava z 17. mája 2016, sp. zn. 18CoE/36/2016, ECLI:SK:KSBA:2016:1314224830.1</w:t>
      </w:r>
    </w:p>
    <w:p>
      <w:r>
        <w:t>Súd: Krajský súd Bratislava</w:t>
      </w:r>
    </w:p>
    <w:p>
      <w:r>
        <w:t>Spisová značka: 18CoE/36/2016</w:t>
      </w:r>
    </w:p>
    <w:p>
      <w:r>
        <w:t>ECLI: ECLI:SK:KSBA:2016:1314224830.1</w:t>
      </w:r>
    </w:p>
    <w:p>
      <w:r>
        <w:t>Dátum vydania: 17. 5. 2016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Bratislava Spisová značka: 18CoE/36/2016 Identifikačné číslo súdneho spisu: 1314224830 Dátum vydania rozhodnutia: 18. 05. 2016 Meno a priezvisko sudcu, VSÚ: JUDr. Jarmila Glončáková ECLI: ECLI:SK:KSBA:2016:1314224830.1 Uznesenie Krajský súd v Bratislave v právnej veci oprávneného E. W., R.. XX. XX. XXXX, D. T. XX/X, I. R. C., proti povinnej A. W., R.. XX. XX. XXXX, D. U. XXXX/X, X. N. A., o návrhu na nariadenie výkonu súdneho rozhodnutia, o odvolaní oprávneného voči uzneseniu Okresného súdu Bratislava III. v Bratislave zo dňa 27. 10. 2015 č. k. 38Em/14/2014-48, takto r o z h o d o l : Krajský súd v Bratislave uznesenie Okresného súdu Bratislava III. v Bratislave zo dňa 27. 10. 2015 č. k. 38Em/14/2014-48 zrušuje a vec vracia súdu prvého stupňa na ďalšie konanie. o d ô v o d n e n i e : Okresný súd Bratislava III. v Bratislave uznesením zo dňa 27. 10. 2015 č. k. 38 Em/14/2014-48 zastavil konanie a rozhodol o náhrade konania tak, že žiaden z účastníkov na ne nemá právo. Z odôvodnenia uznesenia vyplýva, že návrhom zo dňa 12. 11. 2014 požiadal oprávnený o nariadenie výkonu súdneho rozhodnutia ukladaním pokút povinnej na vymoženie styku oprávneného s maloletými deťmi. Písomným podaním zo dňa 13. 10. 2015 oprávnený oznámil súdu, že netrvá na návrhu a žiada konanie zastaviť. Súd podľa ust. § 96 ods. 1 OSP konanie zastavil a podľa ust. § 146 ods. 1 písm. c/ OSP rozhodol, že žiaden z účastníkov nemá právo na náhradu trov konania. V zákonnej lehote voči uzneseniu súdu prvého stupňa podal odvolanie oprávnený s tým, že všetky zmarené termíny styku otca s mal. deťmi boli oznamované súdu pod jedinou spis. zn. č. 37P/339/2014-14. Vzhľadom na nečinnosť súdu bolo opätovne dokladované marenie súdneho rozhodnutia zo strany matky a bola pridelená sp. zn. č. 51Em/2/2015. Po zistení súbehu konaní súd vyzval oprávneného na ukončenie konania pod sp. zn. 38Em/14/2014 z dôvodu, že sa vo veci koná pod sp. zn. 51Em/2015 a dochádza k dvojitému konaniu. Na základe tohto oprávnený požiadal súd o zlúčenie spisov pod jednu spisovú značku, čo bolo odmietnuté. K dvom spisovým značkám došlo z dôvodu nekonania vo veci samej. Následne bol zo strany súdu oprávnený opätovne vyzvaný na zastavenie konania z dôvodu dvojitého konania. Po podaní žiadosti o zastavenie konania pod sp. zn. 38Em/14/2014 oprávnenému bolo doručené uznesenie, kde nebolo riešené marenie súdneho rozhodnutia a teda sa nejednalo o dvojité konanie. Súd oprávneného touto procesnou chybou vyzval na zastavenie konania. Oprávnený žiada o opätovné konanie vo veci marenia súdneho rozhodnutia, a aby postupoval podľa ust. § 273 OSP, ktoré povedú matku k dobrovoľnému plneniu vykonateľného rozhodnutia o styku otca so svojimi deťmi. Nakoľko matka si naďalej neplnila nariadené predbežné opatrenie, mal súd postupovať podľa zákona a ukladať matke sankciu vo výške 200,- Eur. Krajský súd v Bratislave, ako odvolací súd, podľa ust. § 10 ods. 1 OSP, preskúmal napadnuté uznesenie v súlade s ust. § 212 ods. 1 OSP, bez nariadenia pojednávania v zmysle ust. § 214 ods. 2 OSP a dospel k záveru, že napadnuté uznesenie je potrebné zrušiť a vec vrátiť súdu prvého stupňa na ďalšie konanie v zmysle ust. § 221 ods. 1 písm. h/ OSP. Odvolací súd z obsahu spisu zistil, že oprávnený dňa 12. 11. 2014 doručil návrh na ukladanie pokút povinnej, na základe právoplatného a vykonateľného uznesenia č. k. 37P/339/2014-14 zo dňa 14. 08. 2014. Na základe žiadosti súdu zo dňa 11. 06. 2015, o oznámenie či a ako sa realizuje styk otca s maloletými deťmi oprávnený podaním zo dňa 25. 06. 2015 súdu okrem iného oznámil, že je podaný ďalší návrh na výkon rozhodnutia pod sp. zn. 51Em/2/2015. Oprávnený podaním zo dňa 09. 07. 2015 požiadal súd o spojenie vecí výkonu rozhodnutia pod sp. zn. 38Em/14/2014 a pod sp. zn. 51Em/2/2015. Súd prvého stupňa podaním zo dňa 24. 09. 2015 oprávnenému oznámil, že konania vedené pod vyššie uvedenými spisovými značkami nie je možné spojiť, nakoľko sa jedná o konanie dvoch zákonných sudcov; a malo by byť zastavené skoršie konanie, t. j. 38/Em/14/2014, v ktorom nie je vykonaných toľko procesných úkonov, ako v neskoršom podaní. Na základe tohto usmernenia súdu, zo dňa 24. 09. 2015, oprávnený požiadal o zastavenie konania o výkon rozhodnutia pod sp. zn. 38Em/14/2014 z dôvodu konania dvoch zákonných sudcov o tej istej veci / sp. zn. 51Em/2/2015/. Súd napadnutým uznesením konanie o nariadenie výkonu súdneho rozhodnutia ukladaním pokút povinnej na vymoženie styku oprávneného s maloletými deťmi, zo dňa 12. 11. 2014 zastavil. Odvolací súd po preskúmaní obsahu spisu dospel k záveru, že nie je možné zistiť, či si súd preveril, aký je exekučný titul v konaní vedenom pod sp. zn. 51Em/2/2015 v porovnaní s tým, o ktorom bolo rozhodnutie v tejto veci. Ďalej súd prvého stupňa nerozhodol o predchádzajúcom návrhu oprávneného na spojenie vecí podľa ust. § 112 ods. 1 OSP, ktoré predchádzalo usmerneniu oprávneného súdom prvého stupňa, v súvislosti s „nemožnosťou“ spojenia vecí. Na základe takto zisteného skutkového a právneho stavu, odvolací súd podľa ust. § 221 ods. 1 písm. h/ OSP zrušil napadnutého uznesenie, pre nedostatočne zistený skutkový stav a nesprávne právne posúdenie veci. Úlohou súdu prvého stupňa bude vysporiadať sa s návrhom oprávneného zo dňa 09. 07. 2015 a následne opätovne rozhodnúť o návrhu na výkon rozhodnutia zo dňa 12. 11. 2014. Rozhodnutie bolo prijaté v pomere 3:0. Poučenie: Proti tomuto uzneseniu nie je prípustné odvolanie.</w:t>
      </w:r>
    </w:p>
    <w:p/>
    <w:p>
      <w:r>
        <w:t>Zdroj: KAUZIS.SK – https://www.kauzis.sk/judikatura/r/ECLI:SK:KSBA:2016:1314224830.1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