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5Co/345/2016 z 29. 8. 2016</w:t>
      </w:r>
    </w:p>
    <w:p>
      <w:r>
        <w:t>Uznesenie Krajského súdu Bratislava z 29. augusta 2016, sp. zn. 5Co/345/2016, ECLI:SK:KSBA:2016:1315205136.1</w:t>
      </w:r>
    </w:p>
    <w:p>
      <w:r>
        <w:t>Súd: Krajský súd Bratislava</w:t>
      </w:r>
    </w:p>
    <w:p>
      <w:r>
        <w:t>Spisová značka: 5Co/345/2016</w:t>
      </w:r>
    </w:p>
    <w:p>
      <w:r>
        <w:t>ECLI: ECLI:SK:KSBA:2016:1315205136.1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5Co/345/2016 Identifikačné číslo súdneho spisu: 1315205136 Dátum vydania rozhodnutia: 30. 08. 2016 Meno a priezvisko sudcu, VSÚ: JUDr. Juraj Považan ECLI: ECLI:SK:KSBA:2016:1315205136.1 Uznesenie Krajský súd v Bratislave v senáte zloženom z predsedu senátu JUDr. Juraja Považana a členov senátu JUDr. Janky Richterovej a JUDr. Milana Chalupku, v právnej veci žalobníčky: F. Q.-X., B. V. B., X. X, proti žalovanému: G. Š., Z.. XX.X.XXXX, B. V. Š., X. XXX/XXA, o zaplatenie 450 eur, o späťvzatí žaloby po rozhodnutí o veci Okresným súdom Bratislava III rozsudkom zo dňa 13. júna 2016 č.k. 44C/173/2015-40 takto r o z h o d o l : Odvolací súd pripúšťa späťvzatie žaloby, rozsudok Okresného súdu Bratislava III zo dňa 13. júna 2016 č.k. 44C/173/2015-40 z r u š u j e a konanie z a s t a v u j e. Žalovaný je povinný zaplatiť žalobníčke náhradu trov konania - súdneho poplatku za žalobu vo výške 27 euro, do troch dní od právoplatnosti tohto uznesenia. o d ô v o d n e n i e : 1/Okresný súd Bratislava III rozsudkom zo dňa 13. júna 2016 č.k. 44C/173/2015-40 uložil žalovanému povinnosť zaplatiť žalobníčke 450 euro a náhradu trov konania - súdneho poplatku za žalobu vo výške 27 euro, všetko do troch dní od právoplatnosti rozsudku. 2/Po vydaní rozsudku, ktorý nenadobudol právoplatnosť, zobrala žalobníčka žalobu späť, podaním doručeným prvoinštančnému súdu dňa 27. júna 2016 a konanie žiadala zastaviť s tým, že dlh uhradila exmanželka žalovaného dňa 13.06.2016. 3/Žalovaný nevyjadril so späťvzatím žaloby nesúhlas. 4/Podľa § 470 ods. 1 Civilného sporového poriadku (ďalej CSP) ak nie je ustanovené inak, platí tento zákon aj na konania začaté predo dňom nadobudnutia jeho účinnosti. 5/Podľa § 470 ods. 2 CSP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6/Podľa § 370 ods. 1 CSP ak je žaloba vzatá späť po rozhodnutí súdu prvej inštancie, ale skôr, ako rozhodnutie nadobudlo právoplatnosť, odvolací súd rozhodne o pripustení späťvzatia. 7/Podľa § 370 ods. 2 CSP súd späťvzatie žaloby nepripustí, ak s tým protistrana z vážnych dôvodov nesúhlasí. Ak späťvzatie žaloby pripustí, odvolací súd zruší rozhodnutie súdu prvej inštancie a konanie zastaví. 8/Postupom podľa vyššie označeného ustanovenia, keď rozsudok súdu prvej inštancie nenadobudol právoplatnosť, odvolací súd pripustil späťvzatie žaloby, rozsudok súdu prvej inštancie zrušil a konanie vo veci zastavil. 9/O náhrade trov konania rozhodol odvolací súd podľa § 396 ods. 1 CSP, § 256 ods. 1 CSP a žalovanému uložil povinnosť náhrady trov konania - súdneho poplatku za žalobu vo výške 27 euro žalobníčke. 10/Toto rozhodnutie senátu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Bratislava, 30. august 2016</w:t>
      </w:r>
    </w:p>
    <w:p/>
    <w:p>
      <w:r>
        <w:t>Zdroj: KAUZIS.SK – https://www.kauzis.sk/judikatura/r/ECLI:SK:KSBA:2016:1315205136.1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