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11CoP/515/2015 z 29. 8. 2016</w:t>
      </w:r>
    </w:p>
    <w:p>
      <w:r>
        <w:t>Rozsudok Krajského súdu Bratislava z 29. augusta 2016, sp. zn. 11CoP/515/2015, ECLI:SK:KSBA:2016:1315208243.1</w:t>
      </w:r>
    </w:p>
    <w:p>
      <w:r>
        <w:t>Súd: Krajský súd Bratislava</w:t>
      </w:r>
    </w:p>
    <w:p>
      <w:r>
        <w:t>Spisová značka: 11CoP/515/2015</w:t>
      </w:r>
    </w:p>
    <w:p>
      <w:r>
        <w:t>ECLI: ECLI:SK:KSBA:2016:1315208243.1</w:t>
      </w:r>
    </w:p>
    <w:p>
      <w:r>
        <w:t>Dátum vydania: 29. 8. 2016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11CoP/515/2015 Identifikačné číslo súdneho spisu: 1315208243 Dátum vydania rozhodnutia: 30. 08. 2016 Meno a priezvisko sudcu, VSÚ: JUDr. Bianka Gelačíková ECLI: ECLI:SK:KSBA:2016:1315208243.1 ROZSUDOK V MENE SLOVENSKEJ REPUBLIKY Krajský súd v Bratislave, v senáte zloženom z predsedníčky senátu JUDr. Bianky Gelačikovej a členov senátu JUDr. Kataríny Štrignerovej a Mgr. Patrície Železníkovej, vo veci starostlivosti o maloletého O. U., nar. XX.XX.XXXX, zastúpeného kolíznym opatrovníkom Úradom práce sociálnych vecí a rodiny Pezinok, pracovisko Senec, so sídlom Krátka 1, 903 01 Senec, dieťa rodičov: H. U., nar. XX.XX.XXXX, bytom J. S. 5, XXX XX U., a O. H., nar. XX.XX.XXXX, bytom I. XXA, XXX XX U., o návrhu otca na zníženie výživného, na odvolanie otca proti rozsudku Okresného súdu Bratislava III zo dňa 16.06.2015, č.k. 38P/149/2015-27, jednomyseľne (pomerom hlasov 3: 0) takto r o z h o d o l : Rozsudok súdu prvej inštancie sa p o t v r d z u j e. Žiaden z účastníkov nemá právo na náhradu trov odvolacieho konania. o d ô v o d n e n i e : 1. Okresný súd Bratislava III rozsudkom zo dňa 16.06.2015, č.k. 38P/149/2015-27, zamietol návrh otca na zníženie výživného, keď po vykonanom dokazovaní zameranom na zistenie odôvodnených potrieb maloletého, ako aj zárobkových možností, schopností a majetkových pomerov rodičov, s následnou väzbou na vyhodnotenie zmeny pomerov od posledného rozhodnutia o výživnom dospel k záveru, že návrh otca na zníženie výživného dôvodný nie je. 2. Súd prvej inštancie takto rozhodol dospejúc k záveru, že výživné v zmysle návrhu otca znížiť možné nie je, zmena pomerov vo vzťahu k plneniu jeho vyživovacej povinnosti preukázaná nebola. Vykonaným dokazovaním pre súd prvej inštancie vyplynulo, že už v čase schválenia rodičovskej dohody v konaní o úprave výkonu rodičovských práv a povinností k maloletému O. bol otec nezamestnaný s tým, že túto skutočnosť nie je možné považovať za dôvod na zníženie výživného v zmysle návrhu otca. Uviedol, že súdne rozhodnutie o výživnom možno zmeniť, ak sa zmenia pomery, avšak nemôže ísť o akúkoľvek zmenu pomerov, ale o takú, ktorá spôsobí podstatnú zmenu v schopnostiach a možnostiach rodiča plniť si svoju vyživovaciu povinnosť voči dieťaťu. Na strane otca konštatoval zmenu pomerov od ostatného rozhodnutia súdu o výživnom, avšak pozitívnu, keďže otec je riadne zamestnaný, dosahuje pravidelný príjem, z ktorého je schopný plniť si vyživovaciu povinnosť v stanovenom rozsahu. Vo svojom rozhodnutí súd prvej inštancie poukázal na zmysel zákona o rodine, podľa ktorého vyživovacou povinnosťou rodičov v prvom rade je, uspokojiť potreby a výživu svojich maloletých detí. Uviedol, že rodič je povinný náklady na svoje odôvodnené potreby a náklady v ostatných oblastiach svojho života upraviť tak, aby bol v prvom rade schopný plniť si svoju vyživovaciu povinnosť k maloletému dieťaťu, pričom prípadné zníženie vyživovacej povinnosti na strane takéhoto rodiča prichádza do úvahy len v prípade, že rodič nemôže z objektívnych dôvodov dosahovať príjem, z ktorého by bol schopný prispievať na výživu maloletého dieťaťa v potrebnom a riadnom rozsahu. Vec právne posúdil podľa § 75 ods. 1, § 78 ods. 1. 3 Zákona o rodine. O trovách konania rozhodol podľa § 146 ods. 1 písm. a/ O.s.p.. 3. Proti tomuto rozsudku v zákonnej lehote podal odvolanie otec maloletého, ktorý navrhol rozsudok súdu prvej inštancie zmeniť a výživné na maloletého znížiť na sumu primeranú jeho možnostiam. Vo svojom odvolaní uviedol, že už v čase rozhodnutia súdu o výživnom na maloletého v roku 2013, vo výške XXX eur mesačne, bol nezamestnaný, neschopný určené výživné, s ktorým napokon na nátlak matky súhlasil, platiť. Nevedel si nájsť zamestnanie, nemal mzdu avšak matke v rámci svojich možností spolu so svojou rodinou pomáhal. Uviedol, že napriek jeho zamestnaniu skladníka od 01.01.2015 v spoločnosti Billa, nie je schopný zo svojho príjmu XXX Eur mesačne určené výživné na maloletého platiť, navyše od 01.06.2015 má v prospech nebankovej spoločnosti zrážky zo mzdy vo výške XX Eur mesačne. Poukázal na manuálny charakter svojej práce, preto nie je v jeho možnostiach vykonávať aj ďalšie zamestnanie. Pri zaplatení výživného, a jeho výdavkov ( náklady na bývanie matke XX Eur) , mu na jeho potreby zostane menej ako je suma určeného výživného. 4. K odvolaniu otca matka a kolízny opatrovník písomné vyjadrenie nepodali. 5. Odvolací súd preskúmal vec v ktorej nie je viazaný rozsahom odvolania a odvolacími dôvodmi podľa § 65 a § 66 Civilného mimosporového poriadku (ďalej C.m.p.), bez nariadenia odvolacieho pojednávania podľa § 379, § 380 a § 378 ods. 1 zák. č. 160/2015 Z.z. Civilný sporový poriadok ( ďalej „ C.s.p.“) a dospel k záveru, že odvolanie otca nie je dôvodné. 6. Tým, že predmetom konania v danej veci je zmena rozhodnutia o výživnom na maloleté dieťa, súd prvého stupňa správne pri rozhodovaní vychádzal z ust. § 78 ods. 1 Zákona o rodine, ktorý jasne definuje dôvody majúce za následok zmenu rozhodnutia o výživnom. Za takéto v zmysle citovaného zákonného ustanovenia treba považovať zmenu pomerov, či už na strane rodičov alebo maloletého dieťaťa, musí ísť pritom o podstatnú zmenu pomerov. Úlohou súdu pri rozhodovaní o zmene výživného je preto zistiť, či a v akom smere došlo k zmene pomerov od posledného rozhodnutia o výživnom, v prípade kladného zistenia túto zmenu premietnuť do výšky výživného. Pokiaľ ide o výšku výživného, vychádzajúc z ust. § 62 ods. 1, 2, 4, 5 a § 75 ods. 1 Zákona o rodine súd pri určovaní výživného berie zreteľ na odôvodnené potreby maloletých detí ako aj na zárobkové možnosti, schopnosti a majetkové pomery oboch rodičov, pri zachovaní práva detí podieľať sa na životnej úrovni rodičov. 7. S poukazom na uvedené kritériá rozhodné pre určovanie výživného odvolací súd dospel k záveru, že súd prvej inštancie správne zistil skutkový stav tým, že svoje dokazovanie zameral na zisťovanie rozhodujúcich skutočností podstatných pre rozhodnutie o návrhu otca na zníženie výživného z hľadiska súčasných odôvodnených potrieb maloletého, ako aj z hľadiska schopností a možností rodičov, na výživu ktorých je maloletý plne odkázaný a tieto potom v záujme zistenia podstatnej zmeny pomerov (§ 78 ods. 1 Zákona o rodine) porovnal so skutočnosťami rozhodnými pre určenie výživného na maloletého t.j. v čase rozhodovania Okresného súdu Pezinok, rozsudkom z 26.03.2013 č.k. 12P/296/2012-37. Vychádzajúc z okolností zistených vykonaným dokazovaním súdom prvej inštancie odvolací súd zhodne ako súd prvej inštancie dospel k záveru, že od posledného rozhodovania o výživnom nedošlo na strane otca k zmene pomerov v rozsahu, ktorých by bolo potrebné premietnuť do výšky výživného, a to znížením výživného na maloletého. 8. Pokiaľ ide o zisťovanie rozhodujúcich skutočností právne významných pre posúdenie dôvodnosti návrhu otca na zníženie výživného treba uviesť, že súd prvej inštancie v tomto smere vykonal potrebné dokazovanie zamerané na zistenie ako zárobkových a majetkových pomerov rodičov, tak aj odôvodnených potrieb maloletej, zaoberal sa dôkazmi predkladanými otcom na preukázanie jeho zárobkových možností a schopností a majetkových pomerov, svoje zistenia na základe vykonaného dokazovania vyhodnotil, svoje rozhodnutie aj náležite v zmysle § 220 ods. 2, C.s.p. odôvodnil, z ktorého dôvodu, keďže sa odvolací súd s názorom súdu prvého stupňa vysloveným v písomnom vyhotovení napadnutého rozsudku v plnom rozsahu stotožnil, na toto zmysle § 387 ods. 2, C.s.p. poukazuje. 9. Pokiaľ ide o odvolacie námietky otca, s týmito sa odvolací súd nestotožnil, a dodáva, že zárobkové možnosti a schopnosti otca sa od posledného rozhodnutia o výživnom zmenili, otec je zamestnaný, dosahuje príjem z ktorého je schopný určené výživné platiť. Odvolací súd zdôrazňuje, že on na rozdiel od matky má zabezpečené bývanie v rodičovskom dome s minimálnym nákladom na tieto výdavky s tým, že vzhľadom na výšku svojho príjmu a svoju vyživovaciu povinnosť k maloletému je povinný sa k svojim finančným pomerom správať zodpovedne a nebrať na seba neprimerané a nie nevyhnutné finančné záväzky voči nebankovým subjektom a iným finančným inštitúciám. Odvolací súd za potrebné považuje zdôrazniť aj fakt, že osobnú starostlivosť o maloletého zabezpečuje výlučne matka, pričom otec, ktorý býva v rovnakom meste ako maloletý, sa s ním stretáva veľmi sporadicky a iným spôsobom sa na jeho výchove, starostlivosti a potrebách nepodieľa. 10. S poukazom na uvedené, odvolací súd zhodne ako súd prvej inštancie dospel k záveru, že od posledného rozhodnutia o výživnom na strane otca nedošlo k zmene pomerov v rozsahu, ktorý by odôvodňoval zmenu rozhodnutia o výživnom v zmysle zníženia výživného na maloletého, z ktorého dôvodu rozsudok súdu prvej inštancie, ktorým zamietol návrh otca na zníženie výživného ako vecne správny podľa § 387 ods. 1, C.s.p. potvrdil. 11. O trovách odvolacieho konania rozhodol odvolací súd podľa § 58 C.m.p. v spojení s ust. § 52 C. m.p.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https://www.kauzis.sk/judikatura/r/ECLI:SK:KSBA:2016:1315208243.1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