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2Cob/166/2016 z 20. 6. 2016</w:t>
      </w:r>
    </w:p>
    <w:p>
      <w:r>
        <w:t>Uznesenie Krajského súdu Bratislava z 20. júna 2016, sp. zn. 2Cob/166/2016, ECLI:SK:KSBA:2016:1315211394.1</w:t>
      </w:r>
    </w:p>
    <w:p>
      <w:r>
        <w:t>Súd: Krajský súd Bratislava</w:t>
      </w:r>
    </w:p>
    <w:p>
      <w:r>
        <w:t>Spisová značka: 2Cob/166/2016</w:t>
      </w:r>
    </w:p>
    <w:p>
      <w:r>
        <w:t>ECLI: ECLI:SK:KSBA:2016:1315211394.1</w:t>
      </w:r>
    </w:p>
    <w:p>
      <w:r>
        <w:t>Dátum vydania: 20.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2Cob/166/2016 Identifikačné číslo súdneho spisu: 1315211394 Dátum vydania rozhodnutia: 21. 06. 2016 Meno a priezvisko sudcu, VSÚ: JUDr. Ľubica Břoušková ECLI: ECLI:SK:KSBA:2016:1315211394.1 Uznesenie Krajský súd v Bratislave v právnej veci navrhovateľa: KOOPERATIVA poisťovňa, a.s., Vienna Insurance Group, so sídlom Štefaničova 4, 816 23 Bratislava, IČO: 00 585 441, v konaní zast. JUDr. Soňa Pohovejová, advokátka, Záhradnícka 37, 811 07 Bratislava proti odporcovi: Ing. Rudolf Kováčik O.F.I.S., IČO: 17 350 590, s miestom podnikania Mudrochova 5, 831 05 Bratislava o zaplatenie 67,- eur s príslušenstvom, takto r o z h o d o l : Krajský súd v Bratislave p r i p ú š ť a späťvzatie návrhu a rozsudok Okresného súdu Bratislava III č. k. 24Cb/249/2015-46 zo dňa 2.2.2016 z r u š u j e a konanie z a s t a v u j e . Žiaden z účastníkov nemá právo na náhradu trov odvolacieho konania. o d ô v o d n e n i e : Návrhom zo dňa 21.5.2015, došlým na súd prvého stupňa dňa 27.5.2015, sa navrhovateľ domáhal voči odporcovi zaplatenia sumy 67,- eur so zákonným úrokom z omeškania, ako aj náhrady trov konania, titulom náhrady časti poistného plnenia. Okresný súd Bratislava III rozsudkom č. k. 24Cb/249/2015-46 zo dňa 2.2.2016 uložil odporcovi povinnosť zaplatiť navrhovateľovi istinu vo výške 67,- eur spolu s 5,05% úrokom z omeškania ročne od 2.10.2014 do zaplatenia, a k rukám právnej zástupkyne navrhovateľa náhradu trov konania vo výške 76,48 eur, ktorá pozostáva z trov právneho zastúpenia vo výške 59,98 eur a iných trov konania vo výške 16,50 eur. Písomným podaním doručeným súdu prvého stupňa dňa 25.2.2016 vzal navrhovateľ návrh na začatie konania späť v celom rozsahu a konanie žiadal zastaviť z dôvodu, že odporca po podaní návrhu na súd zaplatil dňa 29.9.2015 žalovanú istinu s príslušenstvom, trovy konania ako aj trovy právneho zastúpenia. Odvolací súd zaslal odporcovi rovnopis uvedeného späťvzatia návrhu a vyzval ho, aby do 8 dní písomne oznámil súdu, či so späťvzatím návrhu súhlasí. Odporca podaním doručeným odvolaciemu súdu dňa 25.5.2016 vyjadril svoj súhlas so späťvzatím návrhu zo strany navrhovateľa.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Vzhľadom k tomu, že navrhovateľ vzal svoj návrh na začatie konania späť v čase, keď už rozhodol súd prvého stupňa, ale jeho rozhodnutie v uvedenej časti nenadobudlo právoplatnosť, a odporca so späťvzatím žaloby súhlasil, odvolací súd podľa ust. § 208 O.s.p. rozhodol o pripustení späťvzatia v celom rozsahu, o zrušení rozsudku súdu prvého stupňa a zastavení konania. O trovách konania (prvostupňového, ako aj odvolacieho) rozhodol odvolací súd podľa § 224 ods. 1 a § 146 ods. 1 písm. c) O.s.p. tak, že žiadnemu z účastníkov nepriznal právo na náhradu trov konania, pretože súdne konanie bolo zastavené. Uvedené uznesenie je výsledkom hlasovania odvolacieho senátu v pomere hlasov 3 : 0. Poučenie: Proti tomuto uzneseniu odvolanie nie je prípustné.</w:t>
      </w:r>
    </w:p>
    <w:p/>
    <w:p>
      <w:r>
        <w:t>Zdroj: KAUZIS.SK – https://www.kauzis.sk/judikatura/r/ECLI:SK:KSBA:2016:1315211394.1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