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10Co/240/2016 z 24. 8. 2016</w:t>
      </w:r>
    </w:p>
    <w:p>
      <w:r>
        <w:t>Uznesenie Krajského súdu Bratislava z 24. augusta 2016, sp. zn. 10Co/240/2016, ECLI:SK:KSBA:2016:1315211890.1</w:t>
      </w:r>
    </w:p>
    <w:p>
      <w:r>
        <w:t>Súd: Krajský súd Bratislava</w:t>
      </w:r>
    </w:p>
    <w:p>
      <w:r>
        <w:t>Spisová značka: 10Co/240/2016</w:t>
      </w:r>
    </w:p>
    <w:p>
      <w:r>
        <w:t>ECLI: ECLI:SK:KSBA:2016:1315211890.1</w:t>
      </w:r>
    </w:p>
    <w:p>
      <w:r>
        <w:t>Dátum vydania: 24. 8. 2016</w:t>
      </w:r>
    </w:p>
    <w:p>
      <w:r>
        <w:t>Forma: Uznesenie</w:t>
      </w:r>
    </w:p>
    <w:p>
      <w:r>
        <w:t>Oblasť práva: Občianske právo</w:t>
      </w:r>
    </w:p>
    <w:p>
      <w:pPr>
        <w:pStyle w:val="Heading2"/>
      </w:pPr>
      <w:r>
        <w:t>Text rozhodnutia</w:t>
      </w:r>
    </w:p>
    <w:p>
      <w:r>
        <w:t>Súd: Krajský súd Bratislava Spisová značka: 10Co/240/2016 Identifikačné číslo súdneho spisu: 1315211890 Dátum vydania rozhodnutia: 25. 08. 2016 Meno a priezvisko sudcu, VSÚ: JUDr. Ayše Pružinec - Erenová ECLI: ECLI:SK:KSBA:2016:1315211890.1 Uznesenie Krajský súd v Bratislave v senáte zloženom z predsedníčky senátu JUDr. Ayše Pružinec Erenovej a členov senátu JUDr. Blanky Podmajerskej a JUDr. Silvie Walterovej v právnej veci žalobkyne: S. F., X.. XX. XX. XXXX, L. X.. Ľ.. Š. Č.. XX, L. L., zastúpená advokátkou: JUDr. Janka Kmeťová, ul. Prof. Sáru č. 44, Banská Bystrica, proti žalovanému: Slovenská sporiteľňa, a. s., v skratke SLSP, a. s., IČO: 00 151 653, Tomášikova ul. č. 48, Bratislava, zastúpený advokátom: JUDr. Roman Kvasnica, advokát, s.r.o., IČO: 36 866 598, Sad A. Kmeťa č. 24, Piešťany, o zaplatenie istiny 3. 214 eur s príslušenstvom, na odvolanie žalovaného proti rozsudku Okresného súdu Bratislava III zo dňa 09. februára 2016, č. k. 45C/384/2015 - 76, takto r o z h o d o l : Odvolací súd p r i p ú š ť a späťvzatie žaloby, rozsudok súdu prvej inštancie zo dňa 09. februára 2016, č. k. 45C/384/2015 - 76 z r u š u j e a konanie z a s t a v u j e. Žiadna strana sporu n e m á n á r o k na náhradu trov konania. o d ô v o d n e n i e : 1. Súd prvej inštancie napadnutým rozsudkom uložil žalovanému povinnosť zaplatiť žalobkyni sumu 3. 214 eur s príslušenstvom. Svoje rozhodnutie odôvodnil právne ust. § 34, § 39, § 582 ods. 1, § 842, § 843, § 844 veta prvá Občianskeho zákonníka a vecne dôvodnosťou podanej žaloby, keď mal vykonaným dokazovaním preukázané, že strany sporu dňa 21. 12. 1995 uzavreli písomne Zmluvu o poskytovaní plnenia z „Podporného dôchodkového fondu Slovenskej sporiteľne, a.s.“, ktorou sa žalovaný zaviazal vyplácať žalobkyni doživotne sumu 3. 873,-Sk (128, 56 eur) mesačne až do dožitia žalobkyne s tým, že vyplácanie skončí mesiacom, ktorého sa príjemca dožil, t. j. uzavreli zmluvu o dôchodku v zmysle ust. § 842 a nasl. Občianskeho zákonníka, na dobu určitú neurčitého trvania, ktorú nebolo možné vypovedať v zmysle ust. § 582 ods. 1 Občianskeho zákonníka, nakoľko ide o zmluvu, z povahy ktorej vyplýva, že je uzavretá na určenú dobu neurčitého trvania alebo doživotne. Poukázal na rozhodnutie Najvyššieho súdu SR, sp. zn. 5MCdo 49/2012 zo dňa 29. 04. 2014, v ktorom Najvyšší súd SR dospel k záveru, že zmluva o dôchodku má presne vymedzený časový úsek svojej platnosti s presne určeným koncom, avšak neurčitého trvania, keď pojmovým znakom zmluvy o dôchodku je práve neurčitosť trvania doby, počas ktorej právo na vyplácanie dôchodku trvá v tom zmysle, že účastníci vzťahu nevedia určiť konkrétnu dĺžku trvania ich záväzku. Súd prvej inštancie v odôvodnení svojho rozhodnutia poukázal aj na nález Ústavného súdu SR, sp. zn. II. ÚS 26/2013 zo dňa 07. 11. 2012, v zmysle ktorého je dojednanie zmluvy potrebné nepochybne považovať za uzavretie zmluvy na dobu určitú a zmluvu o dôchodku nie je možné vypovedať a dospel k záveru, že výpoveď zo zmluvy daná žalovaným žalobkyni písomne, listom zo dňa 26. 10. 2009 je neplatná a žalovaný je povinný naďalej zo zmluvy plniť, z dôvodu ktorého žalovaného zaviazal na zaplatenie žalovaných splátok dôchodku. Nestotožnil sa s argumentáciou žalovaného, že v posudzovanom spore existuje prekážka právoplatne rozhodnutej veci, ktorú predstavuje právoplatný rozsudok Okresného súdu Banská Bystrica zo dňa 15. 04. 2013, č. k. 12C/119/2010 - 584, ktorým bola žaloba žalobkyne, ktorou sa domáhala určenia neplatnosti výpovede zo dňa 26. 10. 2009 zamietnutá, nakoľko predmetom tohto konania po pripustení zmeny žaloby si žalobkyňa uplatnila plnenie rovnakej povahy, avšak za iné obdobie, t. j. od apríla 2010 vo výške 128, 56 eur tak, ako v posudzovanom spore od apríla 2013 do apríla 2015, z dôvodu ktorého prekážka rozhodnutej veci daná nie je. Rozhodnutie o priznaní príslušenstva k žalovanej istine odôvodnil právne ust. § 517 ods. 2 Občianskeho zákonníka, § 3 nar. vl. SR č. 87/1995 Z. z. a vecne omeškaním žalovaného od 16. 04. 2013, z dôvodu ktorého priznal žalobkyni aj úroky z omeškania v zákonnej výške (podľa základnej úrokovej sadzby ECB platnej k jednotlivým dňom omeškania), vždy od nasledujúceho dňa po splatnosti jednotlivých splátok dôchodku, až do zaplatenia. Rozhodnutie o trovách konania odôvodnil právne ust. § 142 ods. 1, § 151 ods. 1, 2, 5, § 149 ods. 1 O. s. p. a vecne úspechom žalobkyne v konaní, ktorej priznal právo na náhradu trov, pozostávajúcich zo zaplateného súdneho poplatku za žalobu v sume 192, 50 eur a z trov, ktoré vznikli na jej právnom zastúpení vo výške 622, 24 eur. 2. Proti tomuto rozsudku podal v zákonnej lehote odvolanie žalovaný z dôvodu, že napadnutý rozsudok vychádza z nesprávneho právneho posúdenia veci (§ 205 ods. 2 písm. f/ O. s. p.), v konaní došlo k vade uvedenej v § 221 ods. 1 písm. d) O. s. p., keď v tej istej veci sa už prv právoplatne rozhodlo (§ 205 ods. 2 písm. a/ O. s. p.) a navrhol napadnutý rozsudok zrušiť, konanie zastaviť a žalobkyni uložiť povinnosť zaplatiť mu náhradu trov celého konania. Uviedol, že v posudzovanej veci existuje prekážka právoplatne rozhodnutej veci, ktorú predstavuje právoplatný rozsudok Okresného súdu Banská Bystrica zo dňa 15. 04. 2013, č. k. 12C/119/2010 - 584, ktorým bola zamietnutá žaloba žalobkyne, ktorou sa domáhala určenia neplatnosti výpovede zo dňa 26. 10. 2009 zo Zmluvy o poskytovaní plnenia z „Podporného dôchodkového fondu Slovenskej sporiteľne, a.s.“ zo dňa 21. 12. 1995 z dôvodu, že Okresný súd Banská Bystrica danú výpoveď zo zmluvy o dôchodku posúdil ako platnú s tým, že z uznesenia Krajského súdu v Banskej Bystrici zo dňa 09. 03. 2010, č. k. 15Co/56/2011 - 282 vyplýva, že je potrebné aplikovať ust. § 374 ods. 4 veta tretia O. s. p., keď podaním odvolania proti uzneseniu vyššieho súdneho úradníka o pripustení zmeny žaloby v zákonnej lehote došlo zo zákona k zrušeniu tohto uznesenia a o zmene žaloby mal následne rozhodnúť sudca Okresného súdu Banská Bystrica, a nakoľko sa tak nestalo, v tejto veci nedošlo k zmene žaloby o určenie neplatnosti výpovede a pôvodne podaná žaloba bola právoplatne zamietnutá. Poukázal na skutočnosť, že nakoľko v konaní vedenom na Okresnom súde v Banskej Bystrici pod sp. zn. 12C/119/2010 boli tí istí účastníci ako v prejednávanom spore, v ktorom bolo rozhodnuté o žalobe o určenie neplatnosti výpovede zo zmluvy o dôchodku a v tomto konaní bolo rozhodnuté o práve na plnenie zo zmluvy o dôchodku, ktoré malo vzniknúť po uplynutí výpovednej doby, takéto rozhodnutie bráni tomu, aby bol spor prejednaný opätovne pred iným súdom, i keď pri inom znení petitu, z dôvodu ktorého nemôže žalobkyňa požadovať plnenie zo zmluvy o dôchodku, nakoľko toto právo jej malo vzniknúť až po uplynutí výpovednej doby. 3. Žalobkyňa písomným podaním zo dňa 08. 07. 2016 zobrala svoj žalobný návrh späť v celom rozsahu z dôvodu, že so žalovaným dňa 29. 06. 2016 uzavrela Dohodu o urovnaní s tým, že si náhradu trov konania ani právneho zastúpenia neuplatňuje. 4. Žalovaný v podaní zo dňa 14. 07. 2016 uviedol, že so späťvzatím žaloby súhlasí a náhradu trov konania si neuplatňuje. 5. Podľa § 370 ods. 1 zákona č. 160/2015 Z. z. (Civilný sporový poriadok účinný od 01. 07. 2016), ak je žaloba vzatá späť po rozhodnutí súdu prvej inštancie, ale skôr, ako rozhodnutie nadobudlo právoplatnosť, odvolací súd rozhodne o pripustení späťvzatia. Podľa § 370 ods. 2 zákona č. 160/2015 Z. z. (Civilný sporový poriadok účinný od 01. 07. 2016), súd späťvzatie žaloby nepripustí, ak s tým protistrana z vážnych dôvodov nesúhlasí. Ak späťvzatie žaloby pripustí, odvolací súd zruší rozhodnutie súdu prvej inštancie a konanie zastaví. 6. Žalobkyňa vzala žalobu späť po rozhodnutí súdu prvej inštancie, avšak predtým ako napadnutý rozsudok nadobudol právoplatnosť a preto odvolací súd po prejednaní veci bez pojednávania podľa § 378 ods. 1 O. s. p. pripustil späťvzatie žaloby vo veci samej, rozsudok súdu prvej inštancie zrušil a konanie zastavil. 7. O náhrade trov konania rozhodol odvolací súd podľa § 262 ods. 1 C. s. p. v spojení s ust. § 396 ods. 1 C. s. p. 8.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https://www.kauzis.sk/judikatura/r/ECLI:SK:KSBA:2016:1315211890.1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