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5Co/23/2016 z 25. 1. 2016</w:t>
      </w:r>
    </w:p>
    <w:p>
      <w:r>
        <w:t>Uznesenie Krajského súdu Bratislava z 25. januára 2016, sp. zn. 5Co/23/2016, ECLI:SK:KSBA:2016:1315214785.1</w:t>
      </w:r>
    </w:p>
    <w:p>
      <w:r>
        <w:t>Súd: Krajský súd Bratislava</w:t>
      </w:r>
    </w:p>
    <w:p>
      <w:r>
        <w:t>Spisová značka: 5Co/23/2016</w:t>
      </w:r>
    </w:p>
    <w:p>
      <w:r>
        <w:t>ECLI: ECLI:SK:KSBA:2016:1315214785.1</w:t>
      </w:r>
    </w:p>
    <w:p>
      <w:r>
        <w:t>Dátum vydania: 25.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5Co/23/2016 Identifikačné číslo súdneho spisu: 1315214785 Dátum vydania rozhodnutia: 26. 01. 2016 Meno a priezvisko sudcu, VSÚ: JUDr. Juraj Považan ECLI: ECLI:SK:KSBA:2016:1315214785.1 Uznesenie Krajský súd v Bratislave, v právnej veci navrhovateľa: M. I., G.. X.XX.XXXX, K. K., F.. Ď. Č.. XX, proti odporcovi: T.. B. I., G.. XX.XX.XXXX, K. K., F.. Ď. Č.. XX, o zaplatenie 1.580,- €, na odvolanie navrhovateľa proti uzneseniu Okresného súdu Bratislava III zo dňa 1. októbra 2015 č. k. 16C/457/2015-15 takto r o z h o d o l : Odvolací súd napadnuté uznesenie súdu prvého stupňa p o t v r d z u j e . Odporcovi náhradu trov odvolacieho konania n e p r i z n á v a . o d ô v o d n e n i e : Napadnutým uznesením súd prvého stupňa z dôvodu späťvzatia návrhu na začatie konania podľa § 96 ods. 1 O.s.p. zastavil konanie a odporcovi nepriznal náhradu trov konania, nakoľko mu žiadne nevznikli. Proti tomuto uzneseniu podal včas odvolanie navrhovateľ, domáhajúc sa pokračovania v konaní. V odvolaní uviedol, že napriek jeho snahe a dohode so strýkom k vráteniu peňazí nedošlo. Odporca sa k odvolaniu navrhovateľa nevyjadril. Odvolací súd prejednal vec podľa § 212 ods. 1 O. s. p. bez nariadenia odvolacieho pojednávania podľa § 214 ods. 2 O. s. p. a dospel k záveru, že odvolanie navrhovateľa nie je opodstatnené. Navrhovateľ ako dominus litis rozhoduje o osude súdneho konania, ktoré sám inicioval. Je preto oprávnený disponovať nielen s predmetom konania, ale i jeho samotnou existenciou a svojím úkonom vyvolať jeho skončenie. Súd prvého stupňa správne vyhodnotil podanie navrhovateľa zo dňa 2.9.2015 ako späťvzatie návrhu na začatie konania. V dôsledku tohto dispozitívneho úkonu navrhovateľa v súlade s procesným poriadkom (§96 ) konanie zastavil. Odvolací súd uznesenie súdu prvého stupňa ako vecne správne potvrdil (§ 219 ods. 1 O.s.p.), keďže navrhovateľ je svojím späťvzatím návrhu viazaný od momentu doručenia súdu a jeho späťvzatie je vylúčené. O náhrade trov odvolacieho konania odvolací súd rozhodol podľa § 224 ods. 1 v spojení s § 142 ods. 1 a § 151 ods. 1 O.s.p. tak, že úspešnému odporcovi náhradu nepriznal z dôvodu jej neuplatnenia. Poučenie: Toto uznesenie nemožno napadnúť odvolaním.</w:t>
      </w:r>
    </w:p>
    <w:p/>
    <w:p>
      <w:r>
        <w:t>Zdroj: KAUZIS.SK – https://www.kauzis.sk/judikatura/r/ECLI:SK:KSBA:2016:1315214785.1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